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914DC" w14:textId="77777777" w:rsidR="00E16D8D" w:rsidRPr="000B2E51" w:rsidRDefault="00CF7700" w:rsidP="00035AB1">
      <w:pPr>
        <w:spacing w:line="240" w:lineRule="auto"/>
        <w:jc w:val="center"/>
        <w:rPr>
          <w:rFonts w:asciiTheme="minorHAnsi" w:hAnsiTheme="minorHAnsi"/>
          <w:sz w:val="20"/>
          <w:szCs w:val="20"/>
          <w:lang w:val="ru-RU"/>
        </w:rPr>
      </w:pPr>
      <w:r w:rsidRPr="000B2E51">
        <w:rPr>
          <w:rFonts w:asciiTheme="minorHAnsi" w:hAnsiTheme="minorHAnsi"/>
          <w:b/>
          <w:sz w:val="20"/>
          <w:szCs w:val="20"/>
          <w:lang w:val="ru-RU"/>
        </w:rPr>
        <w:t>ПУБЛИЧНАЯ ОФЕРТА</w:t>
      </w:r>
    </w:p>
    <w:p w14:paraId="19320175" w14:textId="77777777" w:rsidR="00D13689" w:rsidRPr="000B2E51" w:rsidRDefault="00D13689" w:rsidP="00035AB1">
      <w:pPr>
        <w:spacing w:line="240" w:lineRule="auto"/>
        <w:jc w:val="center"/>
        <w:rPr>
          <w:rFonts w:asciiTheme="minorHAnsi" w:hAnsiTheme="minorHAnsi"/>
          <w:sz w:val="20"/>
          <w:szCs w:val="20"/>
          <w:lang w:val="ru-RU"/>
        </w:rPr>
      </w:pPr>
    </w:p>
    <w:tbl>
      <w:tblPr>
        <w:tblStyle w:val="aff0"/>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3"/>
        <w:gridCol w:w="5741"/>
      </w:tblGrid>
      <w:tr w:rsidR="00D13689" w:rsidRPr="000B2E51" w14:paraId="0B181976" w14:textId="77777777" w:rsidTr="00362A3D">
        <w:tc>
          <w:tcPr>
            <w:tcW w:w="5128" w:type="dxa"/>
          </w:tcPr>
          <w:p w14:paraId="2E6EAE8F" w14:textId="77777777" w:rsidR="00D13689" w:rsidRPr="000B2E51" w:rsidRDefault="00362A3D" w:rsidP="00362A3D">
            <w:pPr>
              <w:ind w:left="-108"/>
              <w:rPr>
                <w:rFonts w:asciiTheme="minorHAnsi" w:hAnsiTheme="minorHAnsi"/>
                <w:sz w:val="20"/>
                <w:szCs w:val="20"/>
                <w:lang w:val="ru-RU"/>
              </w:rPr>
            </w:pPr>
            <w:r>
              <w:rPr>
                <w:rFonts w:asciiTheme="minorHAnsi" w:hAnsiTheme="minorHAnsi"/>
                <w:sz w:val="20"/>
                <w:szCs w:val="20"/>
                <w:lang w:val="ru-RU"/>
              </w:rPr>
              <w:t>г. Новосибирск</w:t>
            </w:r>
          </w:p>
        </w:tc>
        <w:tc>
          <w:tcPr>
            <w:tcW w:w="5787" w:type="dxa"/>
          </w:tcPr>
          <w:p w14:paraId="672B819C" w14:textId="2505A7C6" w:rsidR="00D13689" w:rsidRPr="000B2E51" w:rsidRDefault="00D13689" w:rsidP="006D2301">
            <w:pPr>
              <w:ind w:right="-109"/>
              <w:jc w:val="right"/>
              <w:rPr>
                <w:rFonts w:asciiTheme="minorHAnsi" w:hAnsiTheme="minorHAnsi"/>
                <w:sz w:val="20"/>
                <w:szCs w:val="20"/>
                <w:lang w:val="ru-RU"/>
              </w:rPr>
            </w:pPr>
            <w:r w:rsidRPr="000B2E51">
              <w:rPr>
                <w:rFonts w:asciiTheme="minorHAnsi" w:hAnsiTheme="minorHAnsi"/>
                <w:sz w:val="20"/>
                <w:szCs w:val="20"/>
                <w:lang w:val="ru-RU"/>
              </w:rPr>
              <w:t>Дата: «</w:t>
            </w:r>
            <w:r w:rsidR="001E1FC9">
              <w:rPr>
                <w:rFonts w:asciiTheme="minorHAnsi" w:hAnsiTheme="minorHAnsi"/>
                <w:sz w:val="20"/>
                <w:szCs w:val="20"/>
                <w:lang w:val="ru-RU"/>
              </w:rPr>
              <w:t>8</w:t>
            </w:r>
            <w:r w:rsidRPr="000B2E51">
              <w:rPr>
                <w:rFonts w:asciiTheme="minorHAnsi" w:hAnsiTheme="minorHAnsi"/>
                <w:sz w:val="20"/>
                <w:szCs w:val="20"/>
                <w:lang w:val="ru-RU"/>
              </w:rPr>
              <w:t xml:space="preserve">» </w:t>
            </w:r>
            <w:r w:rsidR="003C646B">
              <w:rPr>
                <w:rFonts w:asciiTheme="minorHAnsi" w:hAnsiTheme="minorHAnsi"/>
                <w:sz w:val="20"/>
                <w:szCs w:val="20"/>
                <w:lang w:val="ru-RU"/>
              </w:rPr>
              <w:t xml:space="preserve">Июня </w:t>
            </w:r>
            <w:r w:rsidRPr="000B2E51">
              <w:rPr>
                <w:rFonts w:asciiTheme="minorHAnsi" w:hAnsiTheme="minorHAnsi"/>
                <w:sz w:val="20"/>
                <w:szCs w:val="20"/>
                <w:lang w:val="ru-RU"/>
              </w:rPr>
              <w:t>2026 г.</w:t>
            </w:r>
          </w:p>
        </w:tc>
      </w:tr>
    </w:tbl>
    <w:p w14:paraId="36958AE6" w14:textId="77777777" w:rsidR="006D2301" w:rsidRPr="000B2E51" w:rsidRDefault="006D2301" w:rsidP="00035AB1">
      <w:pPr>
        <w:spacing w:line="240" w:lineRule="auto"/>
        <w:jc w:val="both"/>
        <w:rPr>
          <w:rFonts w:asciiTheme="minorHAnsi" w:hAnsiTheme="minorHAnsi"/>
          <w:b/>
          <w:bCs/>
          <w:i/>
          <w:iCs/>
          <w:sz w:val="20"/>
          <w:szCs w:val="20"/>
          <w:lang w:val="ru-RU"/>
        </w:rPr>
      </w:pPr>
    </w:p>
    <w:p w14:paraId="21FE7AE4" w14:textId="77777777" w:rsidR="00E16D8D" w:rsidRPr="000B2E51" w:rsidRDefault="00731E9E" w:rsidP="00731E9E">
      <w:pPr>
        <w:spacing w:line="240" w:lineRule="auto"/>
        <w:jc w:val="center"/>
        <w:rPr>
          <w:rFonts w:asciiTheme="minorHAnsi" w:hAnsiTheme="minorHAnsi"/>
          <w:b/>
          <w:bCs/>
          <w:sz w:val="20"/>
          <w:szCs w:val="20"/>
          <w:lang w:val="ru-RU"/>
        </w:rPr>
      </w:pPr>
      <w:r w:rsidRPr="000B2E51">
        <w:rPr>
          <w:rFonts w:asciiTheme="minorHAnsi" w:hAnsiTheme="minorHAnsi"/>
          <w:b/>
          <w:bCs/>
          <w:sz w:val="20"/>
          <w:szCs w:val="20"/>
          <w:lang w:val="ru-RU"/>
        </w:rPr>
        <w:t>ОСНОВНЫЕ ТЕРМИНЫ</w:t>
      </w:r>
    </w:p>
    <w:p w14:paraId="3ABD2E6E" w14:textId="77777777" w:rsidR="00035AB1" w:rsidRPr="000B2E51" w:rsidRDefault="00035AB1" w:rsidP="00035AB1">
      <w:pPr>
        <w:spacing w:line="240" w:lineRule="auto"/>
        <w:jc w:val="both"/>
        <w:rPr>
          <w:rFonts w:asciiTheme="minorHAnsi" w:hAnsiTheme="minorHAnsi"/>
          <w:sz w:val="20"/>
          <w:szCs w:val="20"/>
          <w:lang w:val="ru-RU"/>
        </w:rPr>
      </w:pPr>
    </w:p>
    <w:tbl>
      <w:tblPr>
        <w:tblStyle w:val="aff0"/>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242"/>
        <w:gridCol w:w="7548"/>
      </w:tblGrid>
      <w:tr w:rsidR="006D2301" w:rsidRPr="000B2E51" w14:paraId="0E43183B" w14:textId="77777777" w:rsidTr="00260C70">
        <w:tc>
          <w:tcPr>
            <w:tcW w:w="3261" w:type="dxa"/>
          </w:tcPr>
          <w:p w14:paraId="06AB153F" w14:textId="77777777" w:rsidR="006D2301" w:rsidRPr="000B2E51" w:rsidRDefault="009763D6" w:rsidP="00035AB1">
            <w:pPr>
              <w:jc w:val="both"/>
              <w:rPr>
                <w:rFonts w:asciiTheme="minorHAnsi" w:hAnsiTheme="minorHAnsi"/>
                <w:sz w:val="20"/>
                <w:szCs w:val="20"/>
                <w:lang w:val="ru-RU"/>
              </w:rPr>
            </w:pPr>
            <w:r w:rsidRPr="000B2E51">
              <w:rPr>
                <w:rFonts w:asciiTheme="minorHAnsi" w:hAnsiTheme="minorHAnsi"/>
                <w:sz w:val="20"/>
                <w:szCs w:val="20"/>
                <w:lang w:val="ru-RU"/>
              </w:rPr>
              <w:t>Оферта</w:t>
            </w:r>
          </w:p>
        </w:tc>
        <w:tc>
          <w:tcPr>
            <w:tcW w:w="7620" w:type="dxa"/>
          </w:tcPr>
          <w:p w14:paraId="6C5AB8D9" w14:textId="77777777" w:rsidR="00EA1162" w:rsidRPr="000B2E51" w:rsidRDefault="009763D6" w:rsidP="00EA1162">
            <w:pPr>
              <w:jc w:val="both"/>
              <w:rPr>
                <w:rFonts w:asciiTheme="minorHAnsi" w:hAnsiTheme="minorHAnsi"/>
                <w:sz w:val="20"/>
                <w:szCs w:val="20"/>
                <w:lang w:val="ru-RU"/>
              </w:rPr>
            </w:pPr>
            <w:r w:rsidRPr="000B2E51">
              <w:rPr>
                <w:rFonts w:asciiTheme="minorHAnsi" w:hAnsiTheme="minorHAnsi"/>
                <w:sz w:val="20"/>
                <w:szCs w:val="20"/>
                <w:lang w:val="ru-RU"/>
              </w:rPr>
              <w:t>настоящий документ</w:t>
            </w:r>
          </w:p>
          <w:p w14:paraId="6F72480D" w14:textId="77777777" w:rsidR="00EA1162" w:rsidRPr="000B2E51" w:rsidRDefault="00EA1162" w:rsidP="00EA1162">
            <w:pPr>
              <w:jc w:val="both"/>
              <w:rPr>
                <w:rFonts w:asciiTheme="minorHAnsi" w:hAnsiTheme="minorHAnsi"/>
                <w:sz w:val="20"/>
                <w:szCs w:val="20"/>
                <w:lang w:val="ru-RU"/>
              </w:rPr>
            </w:pPr>
          </w:p>
        </w:tc>
      </w:tr>
      <w:tr w:rsidR="0074237C" w:rsidRPr="001723AA" w14:paraId="65C0AC1A" w14:textId="77777777" w:rsidTr="005C6260">
        <w:tc>
          <w:tcPr>
            <w:tcW w:w="3261" w:type="dxa"/>
          </w:tcPr>
          <w:p w14:paraId="3F054C80" w14:textId="77777777" w:rsidR="0074237C" w:rsidRPr="000B2E51" w:rsidRDefault="0074237C" w:rsidP="005C6260">
            <w:pPr>
              <w:jc w:val="both"/>
              <w:rPr>
                <w:rFonts w:asciiTheme="minorHAnsi" w:hAnsiTheme="minorHAnsi"/>
                <w:sz w:val="20"/>
                <w:szCs w:val="20"/>
                <w:lang w:val="ru-RU"/>
              </w:rPr>
            </w:pPr>
            <w:r w:rsidRPr="000B2E51">
              <w:rPr>
                <w:rFonts w:asciiTheme="minorHAnsi" w:hAnsiTheme="minorHAnsi"/>
                <w:sz w:val="20"/>
                <w:szCs w:val="20"/>
                <w:lang w:val="ru-RU"/>
              </w:rPr>
              <w:t>Лицензиар</w:t>
            </w:r>
          </w:p>
        </w:tc>
        <w:tc>
          <w:tcPr>
            <w:tcW w:w="7620" w:type="dxa"/>
          </w:tcPr>
          <w:p w14:paraId="4954A5C3" w14:textId="77777777" w:rsidR="0074237C" w:rsidRPr="000B2E51" w:rsidRDefault="0074237C" w:rsidP="0074237C">
            <w:pPr>
              <w:jc w:val="both"/>
              <w:rPr>
                <w:rFonts w:asciiTheme="minorHAnsi" w:hAnsiTheme="minorHAnsi"/>
                <w:sz w:val="20"/>
                <w:szCs w:val="20"/>
                <w:lang w:val="ru-RU"/>
              </w:rPr>
            </w:pPr>
            <w:r w:rsidRPr="000B2E51">
              <w:rPr>
                <w:rFonts w:asciiTheme="minorHAnsi" w:hAnsiTheme="minorHAnsi"/>
                <w:sz w:val="20"/>
                <w:szCs w:val="20"/>
                <w:lang w:val="ru-RU"/>
              </w:rPr>
              <w:t>любое лицо, совершившее акцепт Оферты на условиях, указанных в Оферте</w:t>
            </w:r>
          </w:p>
          <w:p w14:paraId="4F680CD2" w14:textId="77777777" w:rsidR="0074237C" w:rsidRPr="000B2E51" w:rsidRDefault="0074237C" w:rsidP="0074237C">
            <w:pPr>
              <w:jc w:val="both"/>
              <w:rPr>
                <w:rFonts w:asciiTheme="minorHAnsi" w:hAnsiTheme="minorHAnsi"/>
                <w:sz w:val="20"/>
                <w:szCs w:val="20"/>
                <w:lang w:val="ru-RU"/>
              </w:rPr>
            </w:pPr>
          </w:p>
        </w:tc>
      </w:tr>
      <w:tr w:rsidR="00EA1162" w:rsidRPr="001723AA" w14:paraId="725B07AC" w14:textId="77777777" w:rsidTr="00260C70">
        <w:tc>
          <w:tcPr>
            <w:tcW w:w="3261" w:type="dxa"/>
          </w:tcPr>
          <w:p w14:paraId="2B975D27" w14:textId="77777777" w:rsidR="00EA1162" w:rsidRPr="000B2E51" w:rsidRDefault="00EA1162" w:rsidP="00035AB1">
            <w:pPr>
              <w:jc w:val="both"/>
              <w:rPr>
                <w:rFonts w:asciiTheme="minorHAnsi" w:hAnsiTheme="minorHAnsi"/>
                <w:sz w:val="20"/>
                <w:szCs w:val="20"/>
                <w:lang w:val="ru-RU"/>
              </w:rPr>
            </w:pPr>
            <w:r w:rsidRPr="000B2E51">
              <w:rPr>
                <w:rFonts w:asciiTheme="minorHAnsi" w:hAnsiTheme="minorHAnsi"/>
                <w:sz w:val="20"/>
                <w:szCs w:val="20"/>
                <w:lang w:val="ru-RU"/>
              </w:rPr>
              <w:t>Лицензиат</w:t>
            </w:r>
          </w:p>
        </w:tc>
        <w:tc>
          <w:tcPr>
            <w:tcW w:w="7620" w:type="dxa"/>
          </w:tcPr>
          <w:p w14:paraId="68DD76BC" w14:textId="77777777" w:rsidR="0074237C" w:rsidRPr="000B2E51" w:rsidRDefault="0074237C" w:rsidP="0074237C">
            <w:pPr>
              <w:jc w:val="both"/>
              <w:rPr>
                <w:rFonts w:asciiTheme="minorHAnsi" w:hAnsiTheme="minorHAnsi"/>
                <w:sz w:val="20"/>
                <w:szCs w:val="20"/>
                <w:lang w:val="ru-RU"/>
              </w:rPr>
            </w:pPr>
            <w:r w:rsidRPr="000B2E51">
              <w:rPr>
                <w:rFonts w:asciiTheme="minorHAnsi" w:hAnsiTheme="minorHAnsi"/>
                <w:sz w:val="20"/>
                <w:szCs w:val="20"/>
                <w:lang w:val="ru-RU"/>
              </w:rPr>
              <w:t>оферент, Индивидуальный предприниматель Куклин Никита Дмитриевич, ОГРНИП 325547600148063, ИНН 540303753274</w:t>
            </w:r>
          </w:p>
          <w:p w14:paraId="1320F4C6" w14:textId="77777777" w:rsidR="00EA1162" w:rsidRPr="000B2E51" w:rsidRDefault="00EA1162" w:rsidP="00035AB1">
            <w:pPr>
              <w:jc w:val="both"/>
              <w:rPr>
                <w:rFonts w:asciiTheme="minorHAnsi" w:hAnsiTheme="minorHAnsi"/>
                <w:sz w:val="20"/>
                <w:szCs w:val="20"/>
                <w:lang w:val="ru-RU"/>
              </w:rPr>
            </w:pPr>
          </w:p>
        </w:tc>
      </w:tr>
      <w:tr w:rsidR="00EA1162" w:rsidRPr="001723AA" w14:paraId="64174CAD" w14:textId="77777777" w:rsidTr="00260C70">
        <w:tc>
          <w:tcPr>
            <w:tcW w:w="3261" w:type="dxa"/>
          </w:tcPr>
          <w:p w14:paraId="29425715" w14:textId="77777777" w:rsidR="00EA1162" w:rsidRPr="000B2E51" w:rsidRDefault="00EA1162" w:rsidP="00035AB1">
            <w:pPr>
              <w:jc w:val="both"/>
              <w:rPr>
                <w:rFonts w:asciiTheme="minorHAnsi" w:hAnsiTheme="minorHAnsi"/>
                <w:sz w:val="20"/>
                <w:szCs w:val="20"/>
                <w:lang w:val="ru-RU"/>
              </w:rPr>
            </w:pPr>
            <w:r w:rsidRPr="000B2E51">
              <w:rPr>
                <w:rFonts w:asciiTheme="minorHAnsi" w:hAnsiTheme="minorHAnsi"/>
                <w:sz w:val="20"/>
                <w:szCs w:val="20"/>
                <w:lang w:val="ru-RU"/>
              </w:rPr>
              <w:t>Сторона</w:t>
            </w:r>
            <w:r w:rsidRPr="000B2E51">
              <w:rPr>
                <w:rFonts w:asciiTheme="minorHAnsi" w:hAnsiTheme="minorHAnsi"/>
                <w:sz w:val="20"/>
                <w:szCs w:val="20"/>
              </w:rPr>
              <w:t>/</w:t>
            </w:r>
            <w:r w:rsidRPr="000B2E51">
              <w:rPr>
                <w:rFonts w:asciiTheme="minorHAnsi" w:hAnsiTheme="minorHAnsi"/>
                <w:sz w:val="20"/>
                <w:szCs w:val="20"/>
                <w:lang w:val="ru-RU"/>
              </w:rPr>
              <w:t>Стороны</w:t>
            </w:r>
          </w:p>
        </w:tc>
        <w:tc>
          <w:tcPr>
            <w:tcW w:w="7620" w:type="dxa"/>
          </w:tcPr>
          <w:p w14:paraId="7113955F" w14:textId="77777777" w:rsidR="00EA1162" w:rsidRPr="000B2E51" w:rsidRDefault="00EA1162" w:rsidP="00035AB1">
            <w:pPr>
              <w:jc w:val="both"/>
              <w:rPr>
                <w:rFonts w:asciiTheme="minorHAnsi" w:hAnsiTheme="minorHAnsi"/>
                <w:sz w:val="20"/>
                <w:szCs w:val="20"/>
                <w:lang w:val="ru-RU"/>
              </w:rPr>
            </w:pPr>
            <w:r w:rsidRPr="000B2E51">
              <w:rPr>
                <w:rFonts w:asciiTheme="minorHAnsi" w:hAnsiTheme="minorHAnsi"/>
                <w:sz w:val="20"/>
                <w:szCs w:val="20"/>
                <w:lang w:val="ru-RU"/>
              </w:rPr>
              <w:t>Лицензиар и Лицензиат совместно и по</w:t>
            </w:r>
            <w:r w:rsidR="00EA3180" w:rsidRPr="000B2E51">
              <w:rPr>
                <w:rFonts w:asciiTheme="minorHAnsi" w:hAnsiTheme="minorHAnsi"/>
                <w:sz w:val="20"/>
                <w:szCs w:val="20"/>
                <w:lang w:val="ru-RU"/>
              </w:rPr>
              <w:t xml:space="preserve"> </w:t>
            </w:r>
            <w:r w:rsidRPr="000B2E51">
              <w:rPr>
                <w:rFonts w:asciiTheme="minorHAnsi" w:hAnsiTheme="minorHAnsi"/>
                <w:sz w:val="20"/>
                <w:szCs w:val="20"/>
                <w:lang w:val="ru-RU"/>
              </w:rPr>
              <w:t xml:space="preserve">отдельности </w:t>
            </w:r>
          </w:p>
          <w:p w14:paraId="17564810" w14:textId="77777777" w:rsidR="00DD736B" w:rsidRPr="000B2E51" w:rsidRDefault="00DD736B" w:rsidP="00035AB1">
            <w:pPr>
              <w:jc w:val="both"/>
              <w:rPr>
                <w:rFonts w:asciiTheme="minorHAnsi" w:hAnsiTheme="minorHAnsi"/>
                <w:sz w:val="20"/>
                <w:szCs w:val="20"/>
                <w:lang w:val="ru-RU"/>
              </w:rPr>
            </w:pPr>
          </w:p>
        </w:tc>
      </w:tr>
      <w:tr w:rsidR="00DD736B" w:rsidRPr="001723AA" w14:paraId="60582211" w14:textId="77777777" w:rsidTr="00260C70">
        <w:tc>
          <w:tcPr>
            <w:tcW w:w="3261" w:type="dxa"/>
          </w:tcPr>
          <w:p w14:paraId="6CE571E5"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Объекты авторских и/или смежных прав или Объекты</w:t>
            </w:r>
          </w:p>
        </w:tc>
        <w:tc>
          <w:tcPr>
            <w:tcW w:w="7620" w:type="dxa"/>
          </w:tcPr>
          <w:p w14:paraId="394F515B"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произведения, исполнения, фонограммы, тексты, обложки, видеозаписи и иные объекты авторских и/или смежных прав, передаваемые или загружаемые Лицензиаром для использования Лицензиатом</w:t>
            </w:r>
          </w:p>
          <w:p w14:paraId="32F0F0F1" w14:textId="77777777" w:rsidR="00DD736B" w:rsidRPr="000B2E51" w:rsidRDefault="00DD736B" w:rsidP="00035AB1">
            <w:pPr>
              <w:jc w:val="both"/>
              <w:rPr>
                <w:rFonts w:asciiTheme="minorHAnsi" w:hAnsiTheme="minorHAnsi"/>
                <w:sz w:val="20"/>
                <w:szCs w:val="20"/>
                <w:lang w:val="ru-RU"/>
              </w:rPr>
            </w:pPr>
          </w:p>
        </w:tc>
      </w:tr>
      <w:tr w:rsidR="00DD736B" w:rsidRPr="001723AA" w14:paraId="6809F823" w14:textId="77777777" w:rsidTr="00260C70">
        <w:tc>
          <w:tcPr>
            <w:tcW w:w="3261" w:type="dxa"/>
          </w:tcPr>
          <w:p w14:paraId="301FE22F"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Обложка</w:t>
            </w:r>
          </w:p>
        </w:tc>
        <w:tc>
          <w:tcPr>
            <w:tcW w:w="7620" w:type="dxa"/>
          </w:tcPr>
          <w:p w14:paraId="5234F027"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художественное оформление Объектов, в том числе фотографическое произведение или произведение, полученное способами, аналогичными фотографии, произведение изобразительного искусства, дизайн, стоп-кадр видеозаписи и иные материалы, используемые для оформления Объектов</w:t>
            </w:r>
          </w:p>
          <w:p w14:paraId="53EDE228" w14:textId="77777777" w:rsidR="00DD736B" w:rsidRPr="000B2E51" w:rsidRDefault="00DD736B" w:rsidP="00035AB1">
            <w:pPr>
              <w:jc w:val="both"/>
              <w:rPr>
                <w:rFonts w:asciiTheme="minorHAnsi" w:hAnsiTheme="minorHAnsi"/>
                <w:sz w:val="20"/>
                <w:szCs w:val="20"/>
                <w:lang w:val="ru-RU"/>
              </w:rPr>
            </w:pPr>
          </w:p>
        </w:tc>
      </w:tr>
      <w:tr w:rsidR="00DD736B" w:rsidRPr="001723AA" w14:paraId="72B82EAB" w14:textId="77777777" w:rsidTr="00260C70">
        <w:tc>
          <w:tcPr>
            <w:tcW w:w="3261" w:type="dxa"/>
          </w:tcPr>
          <w:p w14:paraId="61814E39"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Метаданные</w:t>
            </w:r>
          </w:p>
        </w:tc>
        <w:tc>
          <w:tcPr>
            <w:tcW w:w="7620" w:type="dxa"/>
          </w:tcPr>
          <w:p w14:paraId="38A2D60C"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сведения об Объектах, включая названия произведений, релизов и треков, сведения об авторах музыкальных произведений, авторах текстов, исполнителях, изготовителях фонограмм, владельцах смежных прав, кодах, идентификаторах, долях прав и иные сведения, необходимые для использования, учета, размещения, распространения и монетизации Объектов</w:t>
            </w:r>
          </w:p>
          <w:p w14:paraId="59FA4F11" w14:textId="77777777" w:rsidR="00DD736B" w:rsidRPr="000B2E51" w:rsidRDefault="00DD736B" w:rsidP="00035AB1">
            <w:pPr>
              <w:jc w:val="both"/>
              <w:rPr>
                <w:rFonts w:asciiTheme="minorHAnsi" w:hAnsiTheme="minorHAnsi"/>
                <w:sz w:val="20"/>
                <w:szCs w:val="20"/>
                <w:lang w:val="ru-RU"/>
              </w:rPr>
            </w:pPr>
          </w:p>
        </w:tc>
      </w:tr>
      <w:tr w:rsidR="00DD736B" w:rsidRPr="001723AA" w14:paraId="470AE27E" w14:textId="77777777" w:rsidTr="00260C70">
        <w:tc>
          <w:tcPr>
            <w:tcW w:w="3261" w:type="dxa"/>
          </w:tcPr>
          <w:p w14:paraId="1EE33AC1"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Сервис</w:t>
            </w:r>
          </w:p>
        </w:tc>
        <w:tc>
          <w:tcPr>
            <w:tcW w:w="7620" w:type="dxa"/>
          </w:tcPr>
          <w:p w14:paraId="0E51AF7F"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информационно-технические средства, используемые Лицензиатом для приема, обработки, размещения, распространения, учета, монетизации и администрирования Объектов, включая группу, форму загрузки, личный кабинет, автоматизированную систему, Платформу и иные интерфейсы, используемые Лицензиатом</w:t>
            </w:r>
          </w:p>
          <w:p w14:paraId="6EC64325" w14:textId="77777777" w:rsidR="00DD736B" w:rsidRPr="000B2E51" w:rsidRDefault="00DD736B" w:rsidP="00035AB1">
            <w:pPr>
              <w:jc w:val="both"/>
              <w:rPr>
                <w:rFonts w:asciiTheme="minorHAnsi" w:hAnsiTheme="minorHAnsi"/>
                <w:sz w:val="20"/>
                <w:szCs w:val="20"/>
                <w:lang w:val="ru-RU"/>
              </w:rPr>
            </w:pPr>
          </w:p>
        </w:tc>
      </w:tr>
      <w:tr w:rsidR="00DD736B" w:rsidRPr="001723AA" w14:paraId="16925BDF" w14:textId="77777777" w:rsidTr="00260C70">
        <w:tc>
          <w:tcPr>
            <w:tcW w:w="3261" w:type="dxa"/>
          </w:tcPr>
          <w:p w14:paraId="079FE5F3"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Сервисы</w:t>
            </w:r>
          </w:p>
        </w:tc>
        <w:tc>
          <w:tcPr>
            <w:tcW w:w="7620" w:type="dxa"/>
          </w:tcPr>
          <w:p w14:paraId="1C455D84"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информационно-развлекательные, музыкальные, аудиовизуальные, цифровые, технические, расчетные и иные сервисы, посредством которых осуществляется использование Объектов на условиях настоящей Оферты</w:t>
            </w:r>
          </w:p>
          <w:p w14:paraId="2C215A4F" w14:textId="77777777" w:rsidR="00DD736B" w:rsidRPr="000B2E51" w:rsidRDefault="00DD736B" w:rsidP="00035AB1">
            <w:pPr>
              <w:jc w:val="both"/>
              <w:rPr>
                <w:rFonts w:asciiTheme="minorHAnsi" w:hAnsiTheme="minorHAnsi"/>
                <w:sz w:val="20"/>
                <w:szCs w:val="20"/>
                <w:lang w:val="ru-RU"/>
              </w:rPr>
            </w:pPr>
          </w:p>
        </w:tc>
      </w:tr>
      <w:tr w:rsidR="00DD736B" w:rsidRPr="001723AA" w14:paraId="2BD16786" w14:textId="77777777" w:rsidTr="00260C70">
        <w:tc>
          <w:tcPr>
            <w:tcW w:w="3261" w:type="dxa"/>
          </w:tcPr>
          <w:p w14:paraId="07DB4552"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Платформа</w:t>
            </w:r>
          </w:p>
        </w:tc>
        <w:tc>
          <w:tcPr>
            <w:tcW w:w="7620" w:type="dxa"/>
          </w:tcPr>
          <w:p w14:paraId="01FEFCF6"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программно-аппаратный комплекс, с использованием которого Лицензиат размещает, обрабатывает, администрирует, направляет, учитывает и сопровождает Объекты</w:t>
            </w:r>
          </w:p>
          <w:p w14:paraId="2E3B1640" w14:textId="77777777" w:rsidR="00DD736B" w:rsidRPr="000B2E51" w:rsidRDefault="00DD736B" w:rsidP="00035AB1">
            <w:pPr>
              <w:jc w:val="both"/>
              <w:rPr>
                <w:rFonts w:asciiTheme="minorHAnsi" w:hAnsiTheme="minorHAnsi"/>
                <w:sz w:val="20"/>
                <w:szCs w:val="20"/>
                <w:lang w:val="ru-RU"/>
              </w:rPr>
            </w:pPr>
          </w:p>
        </w:tc>
      </w:tr>
      <w:tr w:rsidR="005D1682" w:rsidRPr="001723AA" w14:paraId="17717775" w14:textId="77777777" w:rsidTr="00260C70">
        <w:tc>
          <w:tcPr>
            <w:tcW w:w="3261" w:type="dxa"/>
          </w:tcPr>
          <w:p w14:paraId="1B7D5B18" w14:textId="77777777" w:rsidR="005D1682" w:rsidRPr="000B2E51" w:rsidRDefault="005D1682" w:rsidP="00035AB1">
            <w:pPr>
              <w:jc w:val="both"/>
              <w:rPr>
                <w:rFonts w:asciiTheme="minorHAnsi" w:hAnsiTheme="minorHAnsi"/>
                <w:sz w:val="20"/>
                <w:szCs w:val="20"/>
                <w:lang w:val="ru-RU"/>
              </w:rPr>
            </w:pPr>
            <w:r w:rsidRPr="000B2E51">
              <w:rPr>
                <w:rFonts w:asciiTheme="minorHAnsi" w:hAnsiTheme="minorHAnsi"/>
                <w:sz w:val="20"/>
                <w:szCs w:val="20"/>
                <w:lang w:val="ru-RU"/>
              </w:rPr>
              <w:t>Прав</w:t>
            </w:r>
            <w:r w:rsidR="006C707C" w:rsidRPr="000B2E51">
              <w:rPr>
                <w:rFonts w:asciiTheme="minorHAnsi" w:hAnsiTheme="minorHAnsi"/>
                <w:sz w:val="20"/>
                <w:szCs w:val="20"/>
                <w:lang w:val="ru-RU"/>
              </w:rPr>
              <w:t>а</w:t>
            </w:r>
            <w:r w:rsidRPr="000B2E51">
              <w:rPr>
                <w:rFonts w:asciiTheme="minorHAnsi" w:hAnsiTheme="minorHAnsi"/>
                <w:sz w:val="20"/>
                <w:szCs w:val="20"/>
                <w:lang w:val="ru-RU"/>
              </w:rPr>
              <w:t xml:space="preserve"> использования</w:t>
            </w:r>
          </w:p>
        </w:tc>
        <w:tc>
          <w:tcPr>
            <w:tcW w:w="7620" w:type="dxa"/>
          </w:tcPr>
          <w:p w14:paraId="331C7246" w14:textId="77777777" w:rsidR="005D1682" w:rsidRPr="000B2E51" w:rsidRDefault="006C707C" w:rsidP="00035AB1">
            <w:pPr>
              <w:jc w:val="both"/>
              <w:rPr>
                <w:rFonts w:asciiTheme="minorHAnsi" w:hAnsiTheme="minorHAnsi"/>
                <w:sz w:val="20"/>
                <w:szCs w:val="20"/>
                <w:lang w:val="ru-RU"/>
              </w:rPr>
            </w:pPr>
            <w:r w:rsidRPr="000B2E51">
              <w:rPr>
                <w:rFonts w:asciiTheme="minorHAnsi" w:hAnsiTheme="minorHAnsi"/>
                <w:sz w:val="20"/>
                <w:szCs w:val="20"/>
                <w:lang w:val="ru-RU"/>
              </w:rPr>
              <w:t>предоставляемые Лицензиаром Лицензиату на условиях исключительной лицензии права использования Объектов и Обложек на Территории и в течение Срока любыми способами, не запрещенными применимым законодательством, в том числе способами, предусмотренными статьями 1270, 1317 и 1324 Гражданского кодекса Российской Федерации, в объеме, необходимом для размещения, хранения, обработки, учета, направления, распространения, монетизации, администрирования, удаления, ограничения доступа, защиты прав и иного использования Объектов с использованием Платформы, Сервисов и/или с привлечением третьих лиц</w:t>
            </w:r>
          </w:p>
          <w:p w14:paraId="6558B700" w14:textId="77777777" w:rsidR="006C707C" w:rsidRPr="000B2E51" w:rsidRDefault="006C707C" w:rsidP="00035AB1">
            <w:pPr>
              <w:jc w:val="both"/>
              <w:rPr>
                <w:rFonts w:asciiTheme="minorHAnsi" w:hAnsiTheme="minorHAnsi"/>
                <w:sz w:val="20"/>
                <w:szCs w:val="20"/>
                <w:lang w:val="ru-RU"/>
              </w:rPr>
            </w:pPr>
          </w:p>
        </w:tc>
      </w:tr>
      <w:tr w:rsidR="00DD736B" w:rsidRPr="000B2E51" w14:paraId="01A49FA7" w14:textId="77777777" w:rsidTr="00260C70">
        <w:tc>
          <w:tcPr>
            <w:tcW w:w="3261" w:type="dxa"/>
          </w:tcPr>
          <w:p w14:paraId="77009207"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Территория</w:t>
            </w:r>
          </w:p>
        </w:tc>
        <w:tc>
          <w:tcPr>
            <w:tcW w:w="7620" w:type="dxa"/>
          </w:tcPr>
          <w:p w14:paraId="6BEEFE2B"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территория всех стран мира</w:t>
            </w:r>
          </w:p>
          <w:p w14:paraId="4A99998D" w14:textId="77777777" w:rsidR="00DD736B" w:rsidRPr="000B2E51" w:rsidRDefault="00DD736B" w:rsidP="00035AB1">
            <w:pPr>
              <w:jc w:val="both"/>
              <w:rPr>
                <w:rFonts w:asciiTheme="minorHAnsi" w:hAnsiTheme="minorHAnsi"/>
                <w:sz w:val="20"/>
                <w:szCs w:val="20"/>
                <w:lang w:val="ru-RU"/>
              </w:rPr>
            </w:pPr>
          </w:p>
        </w:tc>
      </w:tr>
      <w:tr w:rsidR="00DD736B" w:rsidRPr="001723AA" w14:paraId="1C0C94AA" w14:textId="77777777" w:rsidTr="00260C70">
        <w:tc>
          <w:tcPr>
            <w:tcW w:w="3261" w:type="dxa"/>
          </w:tcPr>
          <w:p w14:paraId="238D6C96"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Срок</w:t>
            </w:r>
          </w:p>
        </w:tc>
        <w:tc>
          <w:tcPr>
            <w:tcW w:w="7620" w:type="dxa"/>
          </w:tcPr>
          <w:p w14:paraId="038B82B3"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срок действия исключительного права на Объекты авторских и/или смежных прав</w:t>
            </w:r>
          </w:p>
          <w:p w14:paraId="1A21C198" w14:textId="77777777" w:rsidR="00DD736B" w:rsidRPr="000B2E51" w:rsidRDefault="00DD736B" w:rsidP="00035AB1">
            <w:pPr>
              <w:jc w:val="both"/>
              <w:rPr>
                <w:rFonts w:asciiTheme="minorHAnsi" w:hAnsiTheme="minorHAnsi"/>
                <w:sz w:val="20"/>
                <w:szCs w:val="20"/>
                <w:lang w:val="ru-RU"/>
              </w:rPr>
            </w:pPr>
          </w:p>
        </w:tc>
      </w:tr>
      <w:tr w:rsidR="00DD736B" w:rsidRPr="001723AA" w14:paraId="0A72B28A" w14:textId="77777777" w:rsidTr="00260C70">
        <w:tc>
          <w:tcPr>
            <w:tcW w:w="3261" w:type="dxa"/>
          </w:tcPr>
          <w:p w14:paraId="29AFEE93"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lastRenderedPageBreak/>
              <w:t>Начисления</w:t>
            </w:r>
          </w:p>
        </w:tc>
        <w:tc>
          <w:tcPr>
            <w:tcW w:w="7620" w:type="dxa"/>
          </w:tcPr>
          <w:p w14:paraId="5D60510F"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денежные средства или сведения о денежных средствах, полученных Лицензиатом от использования Объектов либо отраженных в отчетах третьих лиц в связи с таким использованием</w:t>
            </w:r>
          </w:p>
          <w:p w14:paraId="531291DD" w14:textId="77777777" w:rsidR="00DD736B" w:rsidRPr="000B2E51" w:rsidRDefault="00DD736B" w:rsidP="00035AB1">
            <w:pPr>
              <w:jc w:val="both"/>
              <w:rPr>
                <w:rFonts w:asciiTheme="minorHAnsi" w:hAnsiTheme="minorHAnsi"/>
                <w:sz w:val="20"/>
                <w:szCs w:val="20"/>
                <w:lang w:val="ru-RU"/>
              </w:rPr>
            </w:pPr>
          </w:p>
        </w:tc>
      </w:tr>
      <w:tr w:rsidR="00DD736B" w:rsidRPr="001723AA" w14:paraId="03278986" w14:textId="77777777" w:rsidTr="00260C70">
        <w:tc>
          <w:tcPr>
            <w:tcW w:w="3261" w:type="dxa"/>
          </w:tcPr>
          <w:p w14:paraId="6D381725"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Искусственное формирование показателей использования Объектов</w:t>
            </w:r>
          </w:p>
        </w:tc>
        <w:tc>
          <w:tcPr>
            <w:tcW w:w="7620" w:type="dxa"/>
          </w:tcPr>
          <w:p w14:paraId="1BDCDD6E" w14:textId="77777777" w:rsidR="00DD736B" w:rsidRPr="000B2E51" w:rsidRDefault="00DD736B" w:rsidP="00035AB1">
            <w:pPr>
              <w:jc w:val="both"/>
              <w:rPr>
                <w:rFonts w:asciiTheme="minorHAnsi" w:hAnsiTheme="minorHAnsi"/>
                <w:sz w:val="20"/>
                <w:szCs w:val="20"/>
                <w:lang w:val="ru-RU"/>
              </w:rPr>
            </w:pPr>
            <w:r w:rsidRPr="000B2E51">
              <w:rPr>
                <w:rFonts w:asciiTheme="minorHAnsi" w:hAnsiTheme="minorHAnsi"/>
                <w:sz w:val="20"/>
                <w:szCs w:val="20"/>
                <w:lang w:val="ru-RU"/>
              </w:rPr>
              <w:t>действия, направленные на неестественное формирование количества прослушиваний, просмотров, сохранений, подписок, повторных воспроизведений, начислений или иных показателей использования Объектов</w:t>
            </w:r>
          </w:p>
        </w:tc>
      </w:tr>
    </w:tbl>
    <w:p w14:paraId="1ED394E0" w14:textId="77777777" w:rsidR="00035AB1" w:rsidRPr="000B2E51" w:rsidRDefault="00035AB1" w:rsidP="00035AB1">
      <w:pPr>
        <w:spacing w:line="240" w:lineRule="auto"/>
        <w:jc w:val="both"/>
        <w:rPr>
          <w:rFonts w:asciiTheme="minorHAnsi" w:hAnsiTheme="minorHAnsi"/>
          <w:sz w:val="20"/>
          <w:szCs w:val="20"/>
          <w:lang w:val="ru-RU"/>
        </w:rPr>
      </w:pPr>
    </w:p>
    <w:p w14:paraId="36031BE3" w14:textId="77777777" w:rsidR="00E16D8D" w:rsidRPr="000B2E51" w:rsidRDefault="00CF7700" w:rsidP="00EA1162">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ОБЩИЕ ПОЛОЖЕНИЯ И АКЦЕПТ ОФЕРТЫ</w:t>
      </w:r>
    </w:p>
    <w:p w14:paraId="30519B06" w14:textId="77777777" w:rsidR="00EA1162" w:rsidRPr="000B2E51" w:rsidRDefault="00EA1162" w:rsidP="00EA1162">
      <w:pPr>
        <w:pStyle w:val="ae"/>
        <w:spacing w:line="240" w:lineRule="auto"/>
        <w:rPr>
          <w:rFonts w:asciiTheme="minorHAnsi" w:hAnsiTheme="minorHAnsi"/>
          <w:sz w:val="20"/>
          <w:szCs w:val="20"/>
          <w:lang w:val="ru-RU"/>
        </w:rPr>
      </w:pPr>
    </w:p>
    <w:p w14:paraId="45B4FA90" w14:textId="77777777" w:rsidR="00E16D8D" w:rsidRPr="000B2E51" w:rsidRDefault="00CF7700" w:rsidP="00EA116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Оферта является предложением Лицензиата заключить лицензионный договор на условиях исключительной лицензии.</w:t>
      </w:r>
    </w:p>
    <w:p w14:paraId="4AFD47CB" w14:textId="77777777" w:rsidR="00DD736B" w:rsidRPr="000B2E51" w:rsidRDefault="00DD736B" w:rsidP="00DD736B">
      <w:pPr>
        <w:pStyle w:val="ae"/>
        <w:spacing w:line="240" w:lineRule="auto"/>
        <w:ind w:left="435"/>
        <w:jc w:val="both"/>
        <w:rPr>
          <w:rFonts w:asciiTheme="minorHAnsi" w:hAnsiTheme="minorHAnsi"/>
          <w:sz w:val="20"/>
          <w:szCs w:val="20"/>
          <w:lang w:val="ru-RU"/>
        </w:rPr>
      </w:pPr>
    </w:p>
    <w:p w14:paraId="71B81CA5" w14:textId="77777777" w:rsidR="00DD736B" w:rsidRPr="000B2E51" w:rsidRDefault="00CF7700" w:rsidP="00DD736B">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Оферта регулирует отношения, связанные с предоставлением Лицензиаром Лицензиату Прав использования Объектов, передачей Объектов, размещением и использованием Объектов посредством Сервиса, выплатой вознаграждения, предоставлением сведений об Объектах, урегулированием претензий и иными действиями, связанными с исполнением настоящей Оферты.</w:t>
      </w:r>
    </w:p>
    <w:p w14:paraId="3F2FE758" w14:textId="77777777" w:rsidR="00DD736B" w:rsidRPr="000B2E51" w:rsidRDefault="00DD736B" w:rsidP="00DD736B">
      <w:pPr>
        <w:pStyle w:val="ae"/>
        <w:spacing w:line="240" w:lineRule="auto"/>
        <w:ind w:left="435"/>
        <w:jc w:val="both"/>
        <w:rPr>
          <w:rFonts w:asciiTheme="minorHAnsi" w:hAnsiTheme="minorHAnsi"/>
          <w:sz w:val="20"/>
          <w:szCs w:val="20"/>
          <w:lang w:val="ru-RU"/>
        </w:rPr>
      </w:pPr>
    </w:p>
    <w:p w14:paraId="2BCAE91F" w14:textId="77777777" w:rsidR="00BA7CAF" w:rsidRPr="000B2E51" w:rsidRDefault="00CF7700" w:rsidP="00DD736B">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Акцептом настоящей Оферты признается совершение Лицензиаром действий, свидетельствующих о полном и безоговорочном принятии условий Оферты, при условии, что до совершения таких действий Лицензиару была предоставлена возможность ознакомиться с текстом Оферты.</w:t>
      </w:r>
    </w:p>
    <w:p w14:paraId="225E0F0C" w14:textId="77777777" w:rsidR="00DD736B" w:rsidRPr="000B2E51" w:rsidRDefault="00DD736B" w:rsidP="00DD736B">
      <w:pPr>
        <w:pStyle w:val="ae"/>
        <w:spacing w:line="240" w:lineRule="auto"/>
        <w:ind w:left="435"/>
        <w:jc w:val="both"/>
        <w:rPr>
          <w:rFonts w:asciiTheme="minorHAnsi" w:hAnsiTheme="minorHAnsi"/>
          <w:sz w:val="20"/>
          <w:szCs w:val="20"/>
          <w:lang w:val="ru-RU"/>
        </w:rPr>
      </w:pPr>
    </w:p>
    <w:p w14:paraId="0D740F76" w14:textId="77777777" w:rsidR="00BA7CAF" w:rsidRPr="000B2E51" w:rsidRDefault="00CF7700" w:rsidP="00EA116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К действиям, признаваемым акцептом Оферты, относятся, в том числе: проставление отметки о согласии с условиями Оферты; нажатие кнопки подтверждения согласия с Офертой; загрузка Объекта в Сервис, группу, форму, личный кабинет или иной интерфейс, используемый Лицензиатом; направление Объекта Лицензиату посредством сети Интернет; отправка Объекта на модерацию, размещение, распространение или монетизацию после подтверждения согласия с Офертой.</w:t>
      </w:r>
    </w:p>
    <w:p w14:paraId="3881DC03" w14:textId="77777777" w:rsidR="00DD736B" w:rsidRPr="000B2E51" w:rsidRDefault="00DD736B" w:rsidP="00DD736B">
      <w:pPr>
        <w:pStyle w:val="ae"/>
        <w:spacing w:line="240" w:lineRule="auto"/>
        <w:ind w:left="435"/>
        <w:jc w:val="both"/>
        <w:rPr>
          <w:rFonts w:asciiTheme="minorHAnsi" w:hAnsiTheme="minorHAnsi"/>
          <w:sz w:val="20"/>
          <w:szCs w:val="20"/>
          <w:lang w:val="ru-RU"/>
        </w:rPr>
      </w:pPr>
    </w:p>
    <w:p w14:paraId="68E23721" w14:textId="77777777" w:rsidR="00731E9E" w:rsidRPr="000B2E51" w:rsidRDefault="00CF7700" w:rsidP="00731E9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Лицензиар проставил отметку о согласии с условиями Оферты и после этого загрузил или передал Лицензиату конкретный Объект, такая загрузка или передача означает предоставление Лицензиату Прав использования именно в отношении соответствующего Объекта на условиях настоящей Оферты.</w:t>
      </w:r>
    </w:p>
    <w:p w14:paraId="4969D73D" w14:textId="77777777" w:rsidR="00731E9E" w:rsidRPr="000B2E51" w:rsidRDefault="00731E9E" w:rsidP="00731E9E">
      <w:pPr>
        <w:pStyle w:val="ae"/>
        <w:rPr>
          <w:rFonts w:asciiTheme="minorHAnsi" w:hAnsiTheme="minorHAnsi"/>
          <w:sz w:val="20"/>
          <w:szCs w:val="20"/>
          <w:lang w:val="ru-RU"/>
        </w:rPr>
      </w:pPr>
    </w:p>
    <w:p w14:paraId="7C73085D" w14:textId="77777777" w:rsidR="00DD736B" w:rsidRPr="000B2E51" w:rsidRDefault="00731E9E" w:rsidP="00731E9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Перечень Объектов, Права использования которых предоставляются Лицензиату, определяется по фактически загруженным или переданным Лицензиаром файлам, сведениям, названиям, метаданным, описаниям и иным данным, предоставленным Лицензиаром при загрузке или передаче соответствующего Объекта.</w:t>
      </w:r>
    </w:p>
    <w:p w14:paraId="6414C361" w14:textId="77777777" w:rsidR="00731E9E" w:rsidRPr="000B2E51" w:rsidRDefault="00731E9E" w:rsidP="00731E9E">
      <w:pPr>
        <w:pStyle w:val="ae"/>
        <w:rPr>
          <w:rFonts w:asciiTheme="minorHAnsi" w:hAnsiTheme="minorHAnsi"/>
          <w:sz w:val="20"/>
          <w:szCs w:val="20"/>
          <w:lang w:val="ru-RU"/>
        </w:rPr>
      </w:pPr>
    </w:p>
    <w:p w14:paraId="0B985A26" w14:textId="77777777" w:rsidR="00DD736B" w:rsidRPr="000B2E51" w:rsidRDefault="00CF7700" w:rsidP="00EA116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Совершая акцепт Оферты, Лицензиар подтверждает, что ознакомился с Офертой в полном объеме, понимает ее содержание и правовые последствия, обладает необходимой право- и дееспособностью, а также всеми правами, согласиями и полномочиями, необходимыми для предоставления Лицензиату Прав использования Объектов.</w:t>
      </w:r>
    </w:p>
    <w:p w14:paraId="6EC72B95" w14:textId="77777777" w:rsidR="00DD736B" w:rsidRPr="000B2E51" w:rsidRDefault="00DD736B" w:rsidP="00DD736B">
      <w:pPr>
        <w:pStyle w:val="ae"/>
        <w:spacing w:line="240" w:lineRule="auto"/>
        <w:ind w:left="435"/>
        <w:jc w:val="both"/>
        <w:rPr>
          <w:rFonts w:asciiTheme="minorHAnsi" w:hAnsiTheme="minorHAnsi"/>
          <w:sz w:val="20"/>
          <w:szCs w:val="20"/>
          <w:lang w:val="ru-RU"/>
        </w:rPr>
      </w:pPr>
    </w:p>
    <w:p w14:paraId="69DFF3C7" w14:textId="77777777" w:rsidR="00DD736B" w:rsidRPr="000B2E51" w:rsidRDefault="00CF7700" w:rsidP="00EA116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Оферта является договором присоединения. Условия Оферты могут быть приняты Лицензиаром только путем присоединения к Оферте в целом.</w:t>
      </w:r>
    </w:p>
    <w:p w14:paraId="4F9814D9" w14:textId="77777777" w:rsidR="00DD736B" w:rsidRPr="000B2E51" w:rsidRDefault="00DD736B" w:rsidP="00DD736B">
      <w:pPr>
        <w:pStyle w:val="ae"/>
        <w:spacing w:line="240" w:lineRule="auto"/>
        <w:ind w:left="435"/>
        <w:jc w:val="both"/>
        <w:rPr>
          <w:rFonts w:asciiTheme="minorHAnsi" w:hAnsiTheme="minorHAnsi"/>
          <w:sz w:val="20"/>
          <w:szCs w:val="20"/>
          <w:lang w:val="ru-RU"/>
        </w:rPr>
      </w:pPr>
    </w:p>
    <w:p w14:paraId="1864B6D4" w14:textId="77777777" w:rsidR="00DD736B" w:rsidRPr="000B2E51" w:rsidRDefault="00CF7700" w:rsidP="00EA116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изменять условия настоящей Оферты. Новая редакция Оферты вступает в силу с момента ее публикации или доведения до сведения Лицензиара иным способом, если в новой редакции не указан иной срок.</w:t>
      </w:r>
    </w:p>
    <w:p w14:paraId="6AC6AF5E" w14:textId="77777777" w:rsidR="00DD736B" w:rsidRPr="000B2E51" w:rsidRDefault="00DD736B" w:rsidP="00DD736B">
      <w:pPr>
        <w:pStyle w:val="ae"/>
        <w:spacing w:line="240" w:lineRule="auto"/>
        <w:ind w:left="435"/>
        <w:jc w:val="both"/>
        <w:rPr>
          <w:rFonts w:asciiTheme="minorHAnsi" w:hAnsiTheme="minorHAnsi"/>
          <w:sz w:val="20"/>
          <w:szCs w:val="20"/>
          <w:lang w:val="ru-RU"/>
        </w:rPr>
      </w:pPr>
    </w:p>
    <w:p w14:paraId="63428682" w14:textId="77777777" w:rsidR="007316DF" w:rsidRPr="000B2E51" w:rsidRDefault="00CF7700" w:rsidP="00260C7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Продолжение использования Сервиса, загрузка новых Объектов, сохранение ранее размещенных Объектов либо неподача Лицензиаром требования о прекращении использования Объектов после вступления в силу новой редакции Оферты означает согласие Лицензиара с новой редакцией Оферты, если иной порядок не установлен Лицензиатом.</w:t>
      </w:r>
    </w:p>
    <w:p w14:paraId="0A2F0FA8" w14:textId="77777777" w:rsidR="007316DF" w:rsidRPr="000B2E51" w:rsidRDefault="007316DF" w:rsidP="00DD736B">
      <w:pPr>
        <w:pStyle w:val="ae"/>
        <w:spacing w:line="240" w:lineRule="auto"/>
        <w:rPr>
          <w:rFonts w:asciiTheme="minorHAnsi" w:hAnsiTheme="minorHAnsi"/>
          <w:sz w:val="20"/>
          <w:szCs w:val="20"/>
          <w:lang w:val="ru-RU"/>
        </w:rPr>
      </w:pPr>
    </w:p>
    <w:p w14:paraId="4A785F1F" w14:textId="77777777" w:rsidR="00E16D8D" w:rsidRPr="000B2E51" w:rsidRDefault="00CF7700" w:rsidP="005D1682">
      <w:pPr>
        <w:pStyle w:val="ae"/>
        <w:numPr>
          <w:ilvl w:val="0"/>
          <w:numId w:val="10"/>
        </w:numPr>
        <w:spacing w:before="200" w:line="240" w:lineRule="auto"/>
        <w:jc w:val="center"/>
        <w:rPr>
          <w:rFonts w:asciiTheme="minorHAnsi" w:hAnsiTheme="minorHAnsi"/>
          <w:b/>
          <w:sz w:val="20"/>
          <w:szCs w:val="20"/>
          <w:lang w:val="ru-RU"/>
        </w:rPr>
      </w:pPr>
      <w:r w:rsidRPr="000B2E51">
        <w:rPr>
          <w:rFonts w:asciiTheme="minorHAnsi" w:hAnsiTheme="minorHAnsi"/>
          <w:b/>
          <w:sz w:val="20"/>
          <w:szCs w:val="20"/>
          <w:lang w:val="ru-RU"/>
        </w:rPr>
        <w:t>ПРЕДОСТАВЛЕНИЕ ЛИЦЕНЗИИ</w:t>
      </w:r>
    </w:p>
    <w:p w14:paraId="06E5FFDB" w14:textId="77777777" w:rsidR="005D1682" w:rsidRPr="000B2E51" w:rsidRDefault="005D1682" w:rsidP="005D1682">
      <w:pPr>
        <w:pStyle w:val="ae"/>
        <w:spacing w:before="200" w:line="240" w:lineRule="auto"/>
        <w:rPr>
          <w:rFonts w:asciiTheme="minorHAnsi" w:hAnsiTheme="minorHAnsi"/>
          <w:sz w:val="20"/>
          <w:szCs w:val="20"/>
          <w:lang w:val="ru-RU"/>
        </w:rPr>
      </w:pPr>
    </w:p>
    <w:p w14:paraId="409534FF" w14:textId="77777777" w:rsidR="00731E9E" w:rsidRPr="000B2E51" w:rsidRDefault="00731E9E" w:rsidP="00E6474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предоставляет Лицензиату на условиях исключительной лицензии Права использования в отношении каждого Объекта, фактически загруженного или переданного Лицензиаром Лицензиату после акцепта настоящей Оферты, на Территории и в течение Срока.</w:t>
      </w:r>
    </w:p>
    <w:p w14:paraId="371EFC92" w14:textId="77777777" w:rsidR="005D1682" w:rsidRPr="000B2E51" w:rsidRDefault="00E64740" w:rsidP="00E6474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Права использования Объектов считаются предоставленными Лицензиату с момента загрузки соответствующего Объекта в Сервис либо с момента иной передачи Объекта Лицензиату посредством сети Интернет.</w:t>
      </w:r>
    </w:p>
    <w:p w14:paraId="3ACC3007" w14:textId="77777777" w:rsidR="00E64740" w:rsidRPr="000B2E51" w:rsidRDefault="00E64740" w:rsidP="00E64740">
      <w:pPr>
        <w:pStyle w:val="ae"/>
        <w:spacing w:line="240" w:lineRule="auto"/>
        <w:ind w:left="435"/>
        <w:jc w:val="both"/>
        <w:rPr>
          <w:rFonts w:asciiTheme="minorHAnsi" w:hAnsiTheme="minorHAnsi"/>
          <w:sz w:val="20"/>
          <w:szCs w:val="20"/>
          <w:lang w:val="ru-RU"/>
        </w:rPr>
      </w:pPr>
    </w:p>
    <w:p w14:paraId="465B3EDB" w14:textId="77777777" w:rsidR="00E64740" w:rsidRPr="000B2E51" w:rsidRDefault="00CF7700" w:rsidP="00E6474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За Лицензиаром не сохраняется право выдачи лицензий иным лицам на использование Объектов, передаваемых по настоящей Оферте, на Территории и в течение Срока в объеме прав, предоставленных Лицензиату.</w:t>
      </w:r>
    </w:p>
    <w:p w14:paraId="358727E2" w14:textId="77777777" w:rsidR="00E64740" w:rsidRPr="000B2E51" w:rsidRDefault="00E64740" w:rsidP="00E64740">
      <w:pPr>
        <w:pStyle w:val="ae"/>
        <w:rPr>
          <w:rFonts w:asciiTheme="minorHAnsi" w:hAnsiTheme="minorHAnsi"/>
          <w:sz w:val="20"/>
          <w:szCs w:val="20"/>
          <w:lang w:val="ru-RU"/>
        </w:rPr>
      </w:pPr>
    </w:p>
    <w:p w14:paraId="1D11D827" w14:textId="77777777" w:rsidR="005D1682" w:rsidRPr="000B2E51" w:rsidRDefault="00E64740" w:rsidP="00E6474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Права использования Объектов включают в себя все способы использования, необходимые для исполнения настоящей Оферты, включая способы, указанные в статьях 1270, 1317 и 1324 Гражданского кодекса Российской Федерации, в отношении всех форм Объектов, представленных как в оригинальной, так и в переработанной форме.</w:t>
      </w:r>
    </w:p>
    <w:p w14:paraId="509E1BD8" w14:textId="77777777" w:rsidR="00E64740" w:rsidRPr="000B2E51" w:rsidRDefault="00E64740" w:rsidP="005D1682">
      <w:pPr>
        <w:pStyle w:val="ae"/>
        <w:spacing w:line="240" w:lineRule="auto"/>
        <w:ind w:left="435"/>
        <w:jc w:val="both"/>
        <w:rPr>
          <w:rFonts w:asciiTheme="minorHAnsi" w:hAnsiTheme="minorHAnsi"/>
          <w:sz w:val="20"/>
          <w:szCs w:val="20"/>
          <w:lang w:val="ru-RU"/>
        </w:rPr>
      </w:pPr>
    </w:p>
    <w:p w14:paraId="5C9F18D7" w14:textId="77777777" w:rsidR="00E64740" w:rsidRPr="000B2E51" w:rsidRDefault="00CF7700" w:rsidP="00E6474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самостоятельно определять порядок, условия и количество использования Объектов, а также порядок их размещения, обработки, направления в Сервисы, монетизации, удаления и администрирования.</w:t>
      </w:r>
    </w:p>
    <w:p w14:paraId="5E88D51B" w14:textId="77777777" w:rsidR="00E64740" w:rsidRPr="000B2E51" w:rsidRDefault="00E64740" w:rsidP="00E64740">
      <w:pPr>
        <w:pStyle w:val="ae"/>
        <w:rPr>
          <w:rFonts w:asciiTheme="minorHAnsi" w:hAnsiTheme="minorHAnsi"/>
          <w:sz w:val="20"/>
          <w:szCs w:val="20"/>
          <w:lang w:val="ru-RU"/>
        </w:rPr>
      </w:pPr>
    </w:p>
    <w:p w14:paraId="42646751" w14:textId="77777777" w:rsidR="00E64740" w:rsidRPr="000B2E51" w:rsidRDefault="00E64740" w:rsidP="00E6474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предоставляет Лицензиату Права использования Обложек на Территории и в течение Срока всеми способами, необходимыми для использования соответствующих Объектов. Вознаграждение за предоставление Прав использования Обложек включено в вознаграждение за предоставление Прав использования соответствующих Объектов.</w:t>
      </w:r>
    </w:p>
    <w:p w14:paraId="20DC6798" w14:textId="77777777" w:rsidR="005D1682" w:rsidRPr="000B2E51" w:rsidRDefault="005D1682" w:rsidP="005D1682">
      <w:pPr>
        <w:pStyle w:val="ae"/>
        <w:spacing w:line="240" w:lineRule="auto"/>
        <w:ind w:left="435"/>
        <w:jc w:val="both"/>
        <w:rPr>
          <w:rFonts w:asciiTheme="minorHAnsi" w:hAnsiTheme="minorHAnsi"/>
          <w:sz w:val="20"/>
          <w:szCs w:val="20"/>
          <w:lang w:val="ru-RU"/>
        </w:rPr>
      </w:pPr>
    </w:p>
    <w:p w14:paraId="427EEB8A" w14:textId="77777777" w:rsidR="005D1682" w:rsidRPr="000B2E51" w:rsidRDefault="00CF7700" w:rsidP="005D168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использовать Объекты без указания имен, псевдонимов авторов, исполнителей, изготовителей фонограмм и иных правообладателей в случаях, когда такое указание невозможно по техническим причинам, правилам Сервисов или характеру использования. Такое использование не считается нарушением личных неимущественных прав при отсутствии искажения авторства.</w:t>
      </w:r>
    </w:p>
    <w:p w14:paraId="1A1EE540" w14:textId="77777777" w:rsidR="005D1682" w:rsidRPr="000B2E51" w:rsidRDefault="005D1682" w:rsidP="005D1682">
      <w:pPr>
        <w:pStyle w:val="ae"/>
        <w:spacing w:line="240" w:lineRule="auto"/>
        <w:ind w:left="435"/>
        <w:jc w:val="both"/>
        <w:rPr>
          <w:rFonts w:asciiTheme="minorHAnsi" w:hAnsiTheme="minorHAnsi"/>
          <w:sz w:val="20"/>
          <w:szCs w:val="20"/>
          <w:lang w:val="ru-RU"/>
        </w:rPr>
      </w:pPr>
    </w:p>
    <w:p w14:paraId="2E4D931B" w14:textId="77777777" w:rsidR="005D1682" w:rsidRPr="000B2E51" w:rsidRDefault="00CF7700" w:rsidP="005D168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Объекты не были обнародованы Лицензиаром до момента их передачи Лицензиату, Лицензиар дает Лицензиату согласие на обнародование таких Объектов любым способом, необходимым для исполнения настоящей Оферты.</w:t>
      </w:r>
    </w:p>
    <w:p w14:paraId="711137E4" w14:textId="77777777" w:rsidR="005D1682" w:rsidRPr="000B2E51" w:rsidRDefault="005D1682" w:rsidP="005D1682">
      <w:pPr>
        <w:pStyle w:val="ae"/>
        <w:spacing w:line="240" w:lineRule="auto"/>
        <w:ind w:left="435"/>
        <w:jc w:val="both"/>
        <w:rPr>
          <w:rFonts w:asciiTheme="minorHAnsi" w:hAnsiTheme="minorHAnsi"/>
          <w:sz w:val="20"/>
          <w:szCs w:val="20"/>
          <w:lang w:val="ru-RU"/>
        </w:rPr>
      </w:pPr>
    </w:p>
    <w:p w14:paraId="3C9A11CD" w14:textId="77777777" w:rsidR="005D1682" w:rsidRPr="000B2E51" w:rsidRDefault="00CF7700" w:rsidP="005D168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разрешает Лицензиату отдельное использование стихотворного текста произведений, музыкального сопровождения, фонограммы и исполнения в той части и в том объеме, в которых соответствующие права предоставлены Лицензиаром Лицензиату.</w:t>
      </w:r>
    </w:p>
    <w:p w14:paraId="7DA9B591" w14:textId="77777777" w:rsidR="005D1682" w:rsidRPr="000B2E51" w:rsidRDefault="005D1682" w:rsidP="005D1682">
      <w:pPr>
        <w:pStyle w:val="ae"/>
        <w:spacing w:line="240" w:lineRule="auto"/>
        <w:ind w:left="435"/>
        <w:jc w:val="both"/>
        <w:rPr>
          <w:rFonts w:asciiTheme="minorHAnsi" w:hAnsiTheme="minorHAnsi"/>
          <w:sz w:val="20"/>
          <w:szCs w:val="20"/>
          <w:lang w:val="ru-RU"/>
        </w:rPr>
      </w:pPr>
    </w:p>
    <w:p w14:paraId="72A7828B" w14:textId="77777777" w:rsidR="005D1682" w:rsidRPr="000B2E51" w:rsidRDefault="00CF7700" w:rsidP="005D1682">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разрешает Лицензиату использовать Объекты в составе сложных объектов и с иными результатами интеллектуальной деятельности, в том числе в составе аудиовизуальных произведений, видеоклипов, рекламных роликов, фильмов, программ, иных аудиовизуальных и мультимедийных материалов.</w:t>
      </w:r>
    </w:p>
    <w:p w14:paraId="1F480CE7" w14:textId="77777777" w:rsidR="005D1682" w:rsidRPr="000B2E51" w:rsidRDefault="005D1682" w:rsidP="005D1682">
      <w:pPr>
        <w:pStyle w:val="ae"/>
        <w:spacing w:line="240" w:lineRule="auto"/>
        <w:ind w:left="435"/>
        <w:jc w:val="both"/>
        <w:rPr>
          <w:rFonts w:asciiTheme="minorHAnsi" w:hAnsiTheme="minorHAnsi"/>
          <w:sz w:val="20"/>
          <w:szCs w:val="20"/>
          <w:lang w:val="ru-RU"/>
        </w:rPr>
      </w:pPr>
    </w:p>
    <w:p w14:paraId="2A23BDE1" w14:textId="77777777" w:rsidR="007316DF" w:rsidRPr="000B2E51" w:rsidRDefault="00CF7700" w:rsidP="00260C7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предоставляет Лицензиату право использовать, передавать, размещать, обрабатывать, изменять, дополнять, удалять и направлять третьим лицам сведения и материалы, относящиеся к Объектам, включая названия произведений, релизов и треков, имена, псевдонимы, наименования артистов, исполнителей, авторов, правообладателей, изображения, описания, жанры, даты релиза, коды, идентификаторы и иные атрибуты, необходимые для учета, размещения, распространения, монетизации, администрирования и защиты прав на Объекты.</w:t>
      </w:r>
    </w:p>
    <w:p w14:paraId="383830EA"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5EB9421E" w14:textId="77777777" w:rsidR="00E16D8D" w:rsidRPr="000B2E51" w:rsidRDefault="00CF7700" w:rsidP="007316DF">
      <w:pPr>
        <w:pStyle w:val="ae"/>
        <w:numPr>
          <w:ilvl w:val="0"/>
          <w:numId w:val="10"/>
        </w:numPr>
        <w:spacing w:before="200" w:line="240" w:lineRule="auto"/>
        <w:jc w:val="center"/>
        <w:rPr>
          <w:rFonts w:asciiTheme="minorHAnsi" w:hAnsiTheme="minorHAnsi"/>
          <w:b/>
          <w:sz w:val="20"/>
          <w:szCs w:val="20"/>
          <w:lang w:val="ru-RU"/>
        </w:rPr>
      </w:pPr>
      <w:r w:rsidRPr="000B2E51">
        <w:rPr>
          <w:rFonts w:asciiTheme="minorHAnsi" w:hAnsiTheme="minorHAnsi"/>
          <w:b/>
          <w:sz w:val="20"/>
          <w:szCs w:val="20"/>
          <w:lang w:val="ru-RU"/>
        </w:rPr>
        <w:t>СУБЛИЦЕНЗИРОВАНИЕ И ПЕРЕДАЧА ОБЪЕКТОВ ТРЕТЬИМ ЛИЦАМ</w:t>
      </w:r>
    </w:p>
    <w:p w14:paraId="042A732F" w14:textId="77777777" w:rsidR="007316DF" w:rsidRPr="000B2E51" w:rsidRDefault="007316DF" w:rsidP="007316DF">
      <w:pPr>
        <w:pStyle w:val="ae"/>
        <w:spacing w:before="200" w:line="240" w:lineRule="auto"/>
        <w:rPr>
          <w:rFonts w:asciiTheme="minorHAnsi" w:hAnsiTheme="minorHAnsi"/>
          <w:b/>
          <w:sz w:val="20"/>
          <w:szCs w:val="20"/>
          <w:lang w:val="ru-RU"/>
        </w:rPr>
      </w:pPr>
    </w:p>
    <w:p w14:paraId="6B919655" w14:textId="77777777" w:rsidR="00E16D8D" w:rsidRPr="000B2E51" w:rsidRDefault="00CF7700" w:rsidP="007316DF">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без дополнительного согласия Лицензиара предоставлять третьим лицам права использования Объектов в пределах прав, полученных по настоящей Оферте, в том числе на условиях исключительной или простой лицензии, если это необходимо для размещения, хранения, обработки, распространения, монетизации, учета использования, ограничения доступа, удаления Объектов, защиты прав, рассмотрения претензий и совершения иных действий, связанных с использованием Объектов.</w:t>
      </w:r>
    </w:p>
    <w:p w14:paraId="4B4126ED"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1D7F293E" w14:textId="77777777" w:rsidR="007316DF"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передавать Объекты, Обложки, Метаданные и иные сведения о них владельцу Платформы, Сервисам, операторам, агрегаторам, партнерам, организациям по коллективному управлению правами, консультантам, подрядчикам и иным лицам, если такая передача необходима для исполнения настоящей Оферты.</w:t>
      </w:r>
    </w:p>
    <w:p w14:paraId="325DEC84" w14:textId="77777777" w:rsidR="007316DF" w:rsidRPr="000B2E51" w:rsidRDefault="007316DF" w:rsidP="007316DF">
      <w:pPr>
        <w:spacing w:line="240" w:lineRule="auto"/>
        <w:jc w:val="both"/>
        <w:rPr>
          <w:rFonts w:asciiTheme="minorHAnsi" w:hAnsiTheme="minorHAnsi"/>
          <w:sz w:val="20"/>
          <w:szCs w:val="20"/>
          <w:lang w:val="ru-RU"/>
        </w:rPr>
      </w:pPr>
    </w:p>
    <w:p w14:paraId="5847583F" w14:textId="77777777" w:rsidR="007316DF"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самостоятельно присоединяться к офертам, пользовательским соглашениям, правилам и иным документам Сервисов, операторов, агрегаторов и иных партнеров, если такое присоединение необходимо или обычно требуется для размещения, хранения, обработки, направления, распространения, монетизации, учета использования, ограничения доступа, удаления Объектов, урегулирования претензий и совершения иных действий, связанных с использованием Объектов.</w:t>
      </w:r>
    </w:p>
    <w:p w14:paraId="44114FFD"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67367459" w14:textId="77777777" w:rsidR="007316DF" w:rsidRPr="000B2E51" w:rsidRDefault="00CF7700" w:rsidP="00260C7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lastRenderedPageBreak/>
        <w:t>Лицензиар понимает и соглашается, что отдельные Сервисы и иные третьи лица вправе самостоятельно определять условия размещения и использования Объектов, а также могут отказать в размещении Объектов, удалить Объекты, ограничить их использование или запросить дополнительные документы.</w:t>
      </w:r>
    </w:p>
    <w:p w14:paraId="2F1A7990"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25B64D20" w14:textId="77777777" w:rsidR="00E16D8D" w:rsidRPr="000B2E51" w:rsidRDefault="00CF7700" w:rsidP="007316DF">
      <w:pPr>
        <w:pStyle w:val="ae"/>
        <w:numPr>
          <w:ilvl w:val="0"/>
          <w:numId w:val="10"/>
        </w:numPr>
        <w:spacing w:before="200" w:line="240" w:lineRule="auto"/>
        <w:jc w:val="center"/>
        <w:rPr>
          <w:rFonts w:asciiTheme="minorHAnsi" w:hAnsiTheme="minorHAnsi"/>
          <w:b/>
          <w:sz w:val="20"/>
          <w:szCs w:val="20"/>
          <w:lang w:val="ru-RU"/>
        </w:rPr>
      </w:pPr>
      <w:r w:rsidRPr="000B2E51">
        <w:rPr>
          <w:rFonts w:asciiTheme="minorHAnsi" w:hAnsiTheme="minorHAnsi"/>
          <w:b/>
          <w:sz w:val="20"/>
          <w:szCs w:val="20"/>
          <w:lang w:val="ru-RU"/>
        </w:rPr>
        <w:t>ПОРЯДОК ПЕРЕДАЧИ ОБЪЕКТОВ И МЕТАДАННЫХ</w:t>
      </w:r>
    </w:p>
    <w:p w14:paraId="5DB986DC" w14:textId="77777777" w:rsidR="007316DF" w:rsidRPr="000B2E51" w:rsidRDefault="007316DF" w:rsidP="007316DF">
      <w:pPr>
        <w:pStyle w:val="ae"/>
        <w:spacing w:before="200" w:line="240" w:lineRule="auto"/>
        <w:rPr>
          <w:rFonts w:asciiTheme="minorHAnsi" w:hAnsiTheme="minorHAnsi"/>
          <w:sz w:val="20"/>
          <w:szCs w:val="20"/>
          <w:lang w:val="ru-RU"/>
        </w:rPr>
      </w:pPr>
    </w:p>
    <w:p w14:paraId="317795A4" w14:textId="77777777" w:rsidR="00E16D8D" w:rsidRPr="000B2E51" w:rsidRDefault="00CF7700" w:rsidP="007316DF">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передает Лицензиату Объекты посредством сети Интернет путем загрузки в Сервис, группу, форму, личный кабинет, автоматизированную систему, Платформу либо иным способом, используемым Лицензиатом.</w:t>
      </w:r>
    </w:p>
    <w:p w14:paraId="53B487BF"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4FC89C0D" w14:textId="77777777" w:rsidR="007316DF"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Передача Лицензиаром Объектов в электронной форме, а также предоставление Метаданных, обложек, текстов, иллюстраций, наименований и иной информации означает фактическую передачу Лицензиату Прав</w:t>
      </w:r>
      <w:r w:rsidR="007316DF" w:rsidRPr="000B2E51">
        <w:rPr>
          <w:rFonts w:asciiTheme="minorHAnsi" w:hAnsiTheme="minorHAnsi"/>
          <w:sz w:val="20"/>
          <w:szCs w:val="20"/>
          <w:lang w:val="ru-RU"/>
        </w:rPr>
        <w:t xml:space="preserve"> </w:t>
      </w:r>
      <w:r w:rsidRPr="000B2E51">
        <w:rPr>
          <w:rFonts w:asciiTheme="minorHAnsi" w:hAnsiTheme="minorHAnsi"/>
          <w:sz w:val="20"/>
          <w:szCs w:val="20"/>
          <w:lang w:val="ru-RU"/>
        </w:rPr>
        <w:t>использования соответствующих Объектов на условиях настоящей Оферты.</w:t>
      </w:r>
    </w:p>
    <w:p w14:paraId="5E178D9D"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48A0B9A5" w14:textId="77777777" w:rsidR="007316DF"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 xml:space="preserve">Подписание отдельного акта приема-передачи Объектов не требуется. Факт передачи Объектов подтверждается </w:t>
      </w:r>
      <w:r w:rsidR="007316DF" w:rsidRPr="000B2E51">
        <w:rPr>
          <w:rFonts w:asciiTheme="minorHAnsi" w:hAnsiTheme="minorHAnsi"/>
          <w:sz w:val="20"/>
          <w:szCs w:val="20"/>
          <w:lang w:val="ru-RU"/>
        </w:rPr>
        <w:t xml:space="preserve">любым из следующих способов: </w:t>
      </w:r>
      <w:r w:rsidRPr="000B2E51">
        <w:rPr>
          <w:rFonts w:asciiTheme="minorHAnsi" w:hAnsiTheme="minorHAnsi"/>
          <w:sz w:val="20"/>
          <w:szCs w:val="20"/>
          <w:lang w:val="ru-RU"/>
        </w:rPr>
        <w:t>загрузкой файла, направлением сообщения, заполнением формы, передачей ссылки, данными Сервиса, сведениями о дате и времени загрузки, учетной записи, адресе электронной почты, номере телефона, сетевом адресе, а также иными электронными данными.</w:t>
      </w:r>
    </w:p>
    <w:p w14:paraId="58FEC136"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40471F64" w14:textId="77777777" w:rsidR="007316DF"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обязуется предоставлять Лицензиату полные, точные и достоверные сведения о правообладателях, включая авторов музыкальных произведений, авторов текстов, исполнителей, владельцев смежных прав, изготовителей фонограмм, доли прав, коды, идентификаторы и иные Метаданные, имеющие значение для законного использования Объектов.</w:t>
      </w:r>
    </w:p>
    <w:p w14:paraId="038C12F4"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2FBFC307" w14:textId="77777777" w:rsidR="007316DF"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Лицензиар предоставляет Лицензиату права на Объекты не в полном объеме, Лицензиар обязан до загрузки или передачи Объекта прямо указать объем принадлежащих ему прав, размер доли, сведения об иных правообладателях и существующие ограничения.</w:t>
      </w:r>
    </w:p>
    <w:p w14:paraId="6AA9B9B5"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0C46509D" w14:textId="77777777" w:rsidR="007316DF"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Лицензиар не указал ограничения, доли иных правообладателей или отсутствие отдельных прав, Лицензиат вправе исходить из того, что Лицензиар обладает достаточным объемом прав для предоставления Лицензиату исключительной лицензии на соответствующий Объект в полном объеме, предусмотренном настоящей Офертой.</w:t>
      </w:r>
    </w:p>
    <w:p w14:paraId="008F542E" w14:textId="77777777" w:rsidR="007316DF" w:rsidRPr="000B2E51" w:rsidRDefault="007316DF" w:rsidP="007316DF">
      <w:pPr>
        <w:pStyle w:val="ae"/>
        <w:spacing w:line="240" w:lineRule="auto"/>
        <w:ind w:left="435"/>
        <w:jc w:val="both"/>
        <w:rPr>
          <w:rFonts w:asciiTheme="minorHAnsi" w:hAnsiTheme="minorHAnsi"/>
          <w:sz w:val="20"/>
          <w:szCs w:val="20"/>
          <w:lang w:val="ru-RU"/>
        </w:rPr>
      </w:pPr>
    </w:p>
    <w:p w14:paraId="159D2495" w14:textId="77777777" w:rsidR="007316DF"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требовать исправления недостоверных, неполных или ошибочных данных, а Лицензиар обязан предоставить исправленную информацию в срок, указанный Лицензиатом.</w:t>
      </w:r>
    </w:p>
    <w:p w14:paraId="489120A0" w14:textId="77777777" w:rsidR="007316DF" w:rsidRPr="000B2E51" w:rsidRDefault="007316DF" w:rsidP="00F0127F">
      <w:pPr>
        <w:pStyle w:val="ae"/>
        <w:spacing w:line="240" w:lineRule="auto"/>
        <w:ind w:left="435"/>
        <w:jc w:val="both"/>
        <w:rPr>
          <w:rFonts w:asciiTheme="minorHAnsi" w:hAnsiTheme="minorHAnsi"/>
          <w:sz w:val="20"/>
          <w:szCs w:val="20"/>
          <w:lang w:val="ru-RU"/>
        </w:rPr>
      </w:pPr>
    </w:p>
    <w:p w14:paraId="029D7DD2" w14:textId="77777777" w:rsidR="00E16D8D"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несет ответственность за любые претензии, судебные иски, финансовые потери, удержания и иные неблагоприятные последствия, возникшие вследствие предоставления недостоверных, неполных или ошибочных сведений.</w:t>
      </w:r>
    </w:p>
    <w:p w14:paraId="6EF09B6E" w14:textId="77777777" w:rsidR="00260C70" w:rsidRPr="000B2E51" w:rsidRDefault="00260C70" w:rsidP="00260C70">
      <w:pPr>
        <w:spacing w:line="240" w:lineRule="auto"/>
        <w:jc w:val="both"/>
        <w:rPr>
          <w:rFonts w:asciiTheme="minorHAnsi" w:hAnsiTheme="minorHAnsi"/>
          <w:sz w:val="20"/>
          <w:szCs w:val="20"/>
          <w:lang w:val="ru-RU"/>
        </w:rPr>
      </w:pPr>
    </w:p>
    <w:p w14:paraId="1F87C95F" w14:textId="77777777" w:rsidR="00E16D8D" w:rsidRPr="000B2E51" w:rsidRDefault="00CF7700" w:rsidP="007316DF">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ФИНАНСОВЫЕ УСЛОВИЯ</w:t>
      </w:r>
    </w:p>
    <w:p w14:paraId="3744F60A" w14:textId="77777777" w:rsidR="007316DF" w:rsidRPr="000B2E51" w:rsidRDefault="007316DF" w:rsidP="007316DF">
      <w:pPr>
        <w:pStyle w:val="ae"/>
        <w:spacing w:line="240" w:lineRule="auto"/>
        <w:rPr>
          <w:rFonts w:asciiTheme="minorHAnsi" w:hAnsiTheme="minorHAnsi"/>
          <w:sz w:val="20"/>
          <w:szCs w:val="20"/>
          <w:lang w:val="ru-RU"/>
        </w:rPr>
      </w:pPr>
    </w:p>
    <w:p w14:paraId="6B9F9DC5" w14:textId="77777777" w:rsidR="00E46895" w:rsidRPr="000B2E51" w:rsidRDefault="00E46895" w:rsidP="00D124EC">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За предоставление Прав использования Объектов Лицензиат выплачивает Лицензиару вознаграждение, определяемое как сумма денежных средств, фактически полученных Лицензиатом от третьих лиц за использование соответствующих Объектов, за вычетом удержания Лицензиата в размере до 20%, а также удержаний, корректировок и иных сумм, предусмотренных настоящей Офертой. Конкретный размер удержания Лицензиата определяется в настройках личного кабинета Лицензиара, тарифах Лицензиата или ином документально подтвержденном порядке.</w:t>
      </w:r>
    </w:p>
    <w:p w14:paraId="65747AFC" w14:textId="77777777" w:rsidR="00D124EC" w:rsidRPr="000B2E51" w:rsidRDefault="00D124EC" w:rsidP="00E46895">
      <w:pPr>
        <w:spacing w:line="240" w:lineRule="auto"/>
        <w:jc w:val="both"/>
        <w:rPr>
          <w:rFonts w:asciiTheme="minorHAnsi" w:hAnsiTheme="minorHAnsi"/>
          <w:sz w:val="20"/>
          <w:szCs w:val="20"/>
          <w:lang w:val="ru-RU"/>
        </w:rPr>
      </w:pPr>
    </w:p>
    <w:p w14:paraId="409F0F75" w14:textId="77777777" w:rsidR="00D124EC" w:rsidRPr="000B2E51" w:rsidRDefault="00CF7700" w:rsidP="00D124EC">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Вознаграждение выплачивается Лицензиару в рублях Российской Федерации путем безналичного перечисления денежных средств на реквизиты, предоставленные Лицензиаром.</w:t>
      </w:r>
    </w:p>
    <w:p w14:paraId="3120C349" w14:textId="77777777" w:rsidR="00D124EC" w:rsidRPr="000B2E51" w:rsidRDefault="00D124EC" w:rsidP="00D124EC">
      <w:pPr>
        <w:pStyle w:val="ae"/>
        <w:rPr>
          <w:rFonts w:asciiTheme="minorHAnsi" w:hAnsiTheme="minorHAnsi"/>
          <w:sz w:val="20"/>
          <w:szCs w:val="20"/>
          <w:lang w:val="ru-RU"/>
        </w:rPr>
      </w:pPr>
    </w:p>
    <w:p w14:paraId="50F0A1CF" w14:textId="77777777" w:rsidR="00E46895" w:rsidRPr="000B2E51" w:rsidRDefault="00E46895" w:rsidP="00BA0DA4">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доля Лицензиара в авторских и/или смежных правах на соответствующий Объект составляет менее 100% (ста процентов), вознаграждение Лицензиара определяется пропорционально принадлежащей ему доле прав от суммы, рассчитанной в соответствии с пунктом 5.1 настоящей Оферты, если Сторонами не согласовано иное.</w:t>
      </w:r>
    </w:p>
    <w:p w14:paraId="3A7C5752" w14:textId="77777777" w:rsidR="00E46895" w:rsidRPr="000B2E51" w:rsidRDefault="00E46895" w:rsidP="00E46895">
      <w:pPr>
        <w:pStyle w:val="ae"/>
        <w:rPr>
          <w:rFonts w:asciiTheme="minorHAnsi" w:hAnsiTheme="minorHAnsi"/>
          <w:sz w:val="20"/>
          <w:szCs w:val="20"/>
          <w:lang w:val="ru-RU"/>
        </w:rPr>
      </w:pPr>
    </w:p>
    <w:p w14:paraId="4F2EA574" w14:textId="77777777" w:rsidR="00F0127F" w:rsidRPr="000B2E51" w:rsidRDefault="00BA0DA4" w:rsidP="00BA0DA4">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Выплата вознаграждения осуществляется после фактического получения Лицензиатом денежных средств от третьих лиц за использование соответствующих Объектов, получения отчетной информации, завершения необходимых проверок, отсутствия удержаний, претензий, споров и иных обстоятельств, препятствующих выплате.</w:t>
      </w:r>
    </w:p>
    <w:p w14:paraId="4B8E239D" w14:textId="77777777" w:rsidR="00BA0DA4" w:rsidRPr="000B2E51" w:rsidRDefault="00BA0DA4" w:rsidP="00BA0DA4">
      <w:pPr>
        <w:spacing w:line="240" w:lineRule="auto"/>
        <w:jc w:val="both"/>
        <w:rPr>
          <w:rFonts w:asciiTheme="minorHAnsi" w:hAnsiTheme="minorHAnsi"/>
          <w:sz w:val="20"/>
          <w:szCs w:val="20"/>
          <w:lang w:val="ru-RU"/>
        </w:rPr>
      </w:pPr>
    </w:p>
    <w:p w14:paraId="26F91B06" w14:textId="77777777" w:rsidR="000B2E51" w:rsidRPr="000B2E51" w:rsidRDefault="00CF7700" w:rsidP="00E6474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lastRenderedPageBreak/>
        <w:t>Лицензиат вправе удерживать из сумм, подлежащих выплате Лицензиару, комиссии, возвраты, корректировки, удержания, штрафы, расходы, убытки, суммы претензий, суммы, связанные с искусственным формированием показателей использования Объектов, налоги и иные суммы, подлежащие удержанию в соответствии с законодательством, правилами Сервисов, условиями третьих лиц или настоящей Офертой.</w:t>
      </w:r>
    </w:p>
    <w:p w14:paraId="3D8E789E" w14:textId="77777777" w:rsidR="000B2E51" w:rsidRPr="000B2E51" w:rsidRDefault="000B2E51" w:rsidP="000B2E51">
      <w:pPr>
        <w:pStyle w:val="ae"/>
        <w:rPr>
          <w:rFonts w:asciiTheme="minorHAnsi" w:hAnsiTheme="minorHAnsi"/>
          <w:sz w:val="20"/>
          <w:szCs w:val="20"/>
          <w:lang w:val="ru-RU"/>
        </w:rPr>
      </w:pPr>
    </w:p>
    <w:p w14:paraId="1DB60B29" w14:textId="77777777" w:rsidR="00E64740" w:rsidRPr="000B2E51" w:rsidRDefault="000B2E51" w:rsidP="00E6474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 xml:space="preserve">Лицензиар вправе направить заявку на выплату вознаграждения </w:t>
      </w:r>
      <w:r>
        <w:rPr>
          <w:rFonts w:asciiTheme="minorHAnsi" w:hAnsiTheme="minorHAnsi"/>
          <w:sz w:val="20"/>
          <w:szCs w:val="20"/>
          <w:lang w:val="ru-RU"/>
        </w:rPr>
        <w:t xml:space="preserve">через личный кабинет </w:t>
      </w:r>
      <w:r w:rsidRPr="000B2E51">
        <w:rPr>
          <w:rFonts w:asciiTheme="minorHAnsi" w:hAnsiTheme="minorHAnsi"/>
          <w:sz w:val="20"/>
          <w:szCs w:val="20"/>
          <w:lang w:val="ru-RU"/>
        </w:rPr>
        <w:t>при условии, что размер доступного к выплате вознаграждения, отображаемый в личном кабинете Лицензиара, составляет не менее 1</w:t>
      </w:r>
      <w:r>
        <w:rPr>
          <w:rFonts w:asciiTheme="minorHAnsi" w:hAnsiTheme="minorHAnsi"/>
          <w:sz w:val="20"/>
          <w:szCs w:val="20"/>
          <w:lang w:val="ru-RU"/>
        </w:rPr>
        <w:t> </w:t>
      </w:r>
      <w:r w:rsidRPr="000B2E51">
        <w:rPr>
          <w:rFonts w:asciiTheme="minorHAnsi" w:hAnsiTheme="minorHAnsi"/>
          <w:sz w:val="20"/>
          <w:szCs w:val="20"/>
          <w:lang w:val="ru-RU"/>
        </w:rPr>
        <w:t>000 (одной тысячи) рублей. Если указанная сумма составляет менее 1 000 (одной тысячи) рублей, она учитывается Лицензиатом и переносится на следующие расчетные периоды до достижения минимального размера выплаты.</w:t>
      </w:r>
    </w:p>
    <w:p w14:paraId="6BD6DB7D" w14:textId="77777777" w:rsidR="000B2E51" w:rsidRPr="000B2E51" w:rsidRDefault="000B2E51" w:rsidP="000B2E51">
      <w:pPr>
        <w:spacing w:line="240" w:lineRule="auto"/>
        <w:jc w:val="both"/>
        <w:rPr>
          <w:rFonts w:asciiTheme="minorHAnsi" w:hAnsiTheme="minorHAnsi"/>
          <w:sz w:val="20"/>
          <w:szCs w:val="20"/>
          <w:lang w:val="ru-RU"/>
        </w:rPr>
      </w:pPr>
    </w:p>
    <w:p w14:paraId="2CAF4212" w14:textId="77777777" w:rsidR="00FE38F9"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не гарантирует Лицензиару получение дохода, определенный размер начислений, количество прослушиваний, просмотров, сохранений, размещений, коммерческий результат или наличие выплат в каждом отчетном периоде.</w:t>
      </w:r>
    </w:p>
    <w:p w14:paraId="5A868986" w14:textId="77777777" w:rsidR="00FE38F9" w:rsidRPr="000B2E51" w:rsidRDefault="00FE38F9" w:rsidP="00FE38F9">
      <w:pPr>
        <w:pStyle w:val="ae"/>
        <w:spacing w:line="240" w:lineRule="auto"/>
        <w:ind w:left="435"/>
        <w:jc w:val="both"/>
        <w:rPr>
          <w:rFonts w:asciiTheme="minorHAnsi" w:hAnsiTheme="minorHAnsi"/>
          <w:sz w:val="20"/>
          <w:szCs w:val="20"/>
          <w:lang w:val="ru-RU"/>
        </w:rPr>
      </w:pPr>
    </w:p>
    <w:p w14:paraId="7656C37A" w14:textId="77777777" w:rsidR="00FE38F9"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самостоятельно несет ответственность за достоверность предоставленных банковских реквизитов, сведений о налоговом статусе и иных данных, необходимых для осуществления выплаты.</w:t>
      </w:r>
    </w:p>
    <w:p w14:paraId="79960B70" w14:textId="77777777" w:rsidR="00FE38F9" w:rsidRPr="000B2E51" w:rsidRDefault="00FE38F9" w:rsidP="00FE38F9">
      <w:pPr>
        <w:pStyle w:val="ae"/>
        <w:spacing w:line="240" w:lineRule="auto"/>
        <w:ind w:left="435"/>
        <w:jc w:val="both"/>
        <w:rPr>
          <w:rFonts w:asciiTheme="minorHAnsi" w:hAnsiTheme="minorHAnsi"/>
          <w:sz w:val="20"/>
          <w:szCs w:val="20"/>
          <w:lang w:val="ru-RU"/>
        </w:rPr>
      </w:pPr>
    </w:p>
    <w:p w14:paraId="0C41CC17" w14:textId="77777777" w:rsidR="00E16D8D"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приостановить выплату вознаграждения до предоставления Лицензиаром необходимых документов, реквизитов, сведений о налоговом статусе, подтверждений прав на Объекты или иных сведений, необходимых для исполнения настоящей Оферты.</w:t>
      </w:r>
    </w:p>
    <w:p w14:paraId="533F4055" w14:textId="77777777" w:rsidR="007F7670" w:rsidRPr="000B2E51" w:rsidRDefault="007F7670" w:rsidP="007F7670">
      <w:pPr>
        <w:pStyle w:val="ae"/>
        <w:rPr>
          <w:rFonts w:asciiTheme="minorHAnsi" w:hAnsiTheme="minorHAnsi"/>
          <w:sz w:val="20"/>
          <w:szCs w:val="20"/>
          <w:lang w:val="ru-RU"/>
        </w:rPr>
      </w:pPr>
    </w:p>
    <w:p w14:paraId="3C93DCA3" w14:textId="77777777" w:rsidR="007F7670" w:rsidRPr="000B2E51" w:rsidRDefault="007F767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 xml:space="preserve">В </w:t>
      </w:r>
      <w:r w:rsidR="00400E0D" w:rsidRPr="000B2E51">
        <w:rPr>
          <w:rFonts w:asciiTheme="minorHAnsi" w:hAnsiTheme="minorHAnsi"/>
          <w:sz w:val="20"/>
          <w:szCs w:val="20"/>
          <w:lang w:val="ru-RU"/>
        </w:rPr>
        <w:t>случае получения Лицензиатом жалобы, претензии, уведомления, требования или иного обращения либо получения Лицензиатом сведений о поступлении такой жалобы, претензии, уведомления, требования или иного обращения Сервису, оператору, агрегатору, партнеру либо иному третьему лицу, если такое обращение связано с Объектом, Обложкой, Метаданными, правами на них, нарушением прав третьих лиц, правил Сервисов или условий настоящей Оферты, Лицензиат вправе приостановить начисление и/или выплату вознаграждения Лицензиару в полном объеме в отношении соответствующего Объекта до выяснения причин и обстоятельств такого обращения, завершения проверки, получения от Лицензиара необходимых документов и пояснений и/или урегулирования соответствующей претензии.</w:t>
      </w:r>
    </w:p>
    <w:p w14:paraId="0F84384D" w14:textId="77777777" w:rsidR="007F7670" w:rsidRPr="000B2E51" w:rsidRDefault="007F7670" w:rsidP="007F7670">
      <w:pPr>
        <w:pStyle w:val="ae"/>
        <w:rPr>
          <w:rFonts w:asciiTheme="minorHAnsi" w:hAnsiTheme="minorHAnsi"/>
          <w:sz w:val="20"/>
          <w:szCs w:val="20"/>
          <w:lang w:val="ru-RU"/>
        </w:rPr>
      </w:pPr>
    </w:p>
    <w:p w14:paraId="5E70A8B4" w14:textId="77777777" w:rsidR="007F7670" w:rsidRPr="000B2E51" w:rsidRDefault="007F767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 xml:space="preserve">Если </w:t>
      </w:r>
      <w:r w:rsidR="00DE445C" w:rsidRPr="000B2E51">
        <w:rPr>
          <w:rFonts w:asciiTheme="minorHAnsi" w:hAnsiTheme="minorHAnsi"/>
          <w:sz w:val="20"/>
          <w:szCs w:val="20"/>
          <w:lang w:val="ru-RU"/>
        </w:rPr>
        <w:t>по результатам проверки будет установлено, что жалоба, претензия, уведомление, требование или иное обращение связаны с нарушением Лицензиаром настоящей Оферты, недостоверностью предоставленных им сведений, отсутствием необходимых прав, нарушением прав третьих лиц или правил Сервисов, Лицензиат вправе не включать соответствующие суммы в расчет вознаграждения Лицензиара, не выплачивать суммы, удержанные, заблокированные, скорректированные или не выплаченные Сервисами, операторами, агрегаторами, партнерами либо иными третьими лицами, а также зачесть соответствующие суммы в счет убытков, расходов, штрафов, удержаний, требований третьих лиц и иных имущественных потерь Лицензиата либо потребовать возврата ранее выплаченных сумм.</w:t>
      </w:r>
    </w:p>
    <w:p w14:paraId="2304ED37" w14:textId="77777777" w:rsidR="00FE38F9" w:rsidRPr="000B2E51" w:rsidRDefault="00FE38F9" w:rsidP="00FE38F9">
      <w:pPr>
        <w:spacing w:line="240" w:lineRule="auto"/>
        <w:jc w:val="both"/>
        <w:rPr>
          <w:rFonts w:asciiTheme="minorHAnsi" w:hAnsiTheme="minorHAnsi"/>
          <w:sz w:val="20"/>
          <w:szCs w:val="20"/>
          <w:lang w:val="ru-RU"/>
        </w:rPr>
      </w:pPr>
    </w:p>
    <w:p w14:paraId="0F0D1912" w14:textId="77777777" w:rsidR="00E16D8D" w:rsidRPr="000B2E51" w:rsidRDefault="00CF7700" w:rsidP="00FE38F9">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ГАРАНТИИ ЛИЦЕНЗИАРА</w:t>
      </w:r>
    </w:p>
    <w:p w14:paraId="048782F6" w14:textId="77777777" w:rsidR="00FE38F9" w:rsidRPr="000B2E51" w:rsidRDefault="00FE38F9" w:rsidP="00FE38F9">
      <w:pPr>
        <w:spacing w:line="240" w:lineRule="auto"/>
        <w:rPr>
          <w:rFonts w:asciiTheme="minorHAnsi" w:hAnsiTheme="minorHAnsi"/>
          <w:sz w:val="20"/>
          <w:szCs w:val="20"/>
          <w:lang w:val="ru-RU"/>
        </w:rPr>
      </w:pPr>
    </w:p>
    <w:p w14:paraId="5DB7CC6A" w14:textId="77777777" w:rsidR="00E9181B" w:rsidRPr="000B2E51" w:rsidRDefault="00E64740" w:rsidP="00E9181B">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гарантирует, что является законным обладателем прав на использование Объектов, переданных Лицензиату по настоящей Оферте, и вправе предоставить Лицензиату Права использования Объектов на условиях исключительной лицензии.</w:t>
      </w:r>
    </w:p>
    <w:p w14:paraId="6F29EF6C" w14:textId="77777777" w:rsidR="00E9181B" w:rsidRPr="000B2E51" w:rsidRDefault="00E9181B" w:rsidP="00E9181B">
      <w:pPr>
        <w:pStyle w:val="ae"/>
        <w:spacing w:line="240" w:lineRule="auto"/>
        <w:ind w:left="435"/>
        <w:jc w:val="both"/>
        <w:rPr>
          <w:rFonts w:asciiTheme="minorHAnsi" w:hAnsiTheme="minorHAnsi"/>
          <w:sz w:val="20"/>
          <w:szCs w:val="20"/>
          <w:lang w:val="ru-RU"/>
        </w:rPr>
      </w:pPr>
    </w:p>
    <w:p w14:paraId="36D2F82C" w14:textId="77777777" w:rsidR="00E64740" w:rsidRPr="000B2E51" w:rsidRDefault="00E9181B" w:rsidP="00E9181B">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гарантирует возможность использования Объектов на условиях настоящей Оферты без возникновения правомерных и обоснованных претензий со стороны любых лиц, а также требований о выплате вознаграждения, компенсаций или иных платежей, за исключением случаев, прямо сообщенных Лицензиаром Лицензиату до передачи Объектов.</w:t>
      </w:r>
    </w:p>
    <w:p w14:paraId="5687863A" w14:textId="77777777" w:rsidR="00E9181B" w:rsidRPr="000B2E51" w:rsidRDefault="00E9181B" w:rsidP="00E9181B">
      <w:pPr>
        <w:pStyle w:val="ae"/>
        <w:spacing w:line="240" w:lineRule="auto"/>
        <w:ind w:left="435"/>
        <w:jc w:val="both"/>
        <w:rPr>
          <w:rFonts w:asciiTheme="minorHAnsi" w:hAnsiTheme="minorHAnsi"/>
          <w:sz w:val="20"/>
          <w:szCs w:val="20"/>
          <w:lang w:val="ru-RU"/>
        </w:rPr>
      </w:pPr>
    </w:p>
    <w:p w14:paraId="28353B89"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гарантирует, что на момент акцепта Оферты и передачи каждого Объекта он не связан договором, соглашением, обязательством, доверенностью или иным документом, способным помешать полному или частичному осуществлению положений настоящей Оферты.</w:t>
      </w:r>
    </w:p>
    <w:p w14:paraId="1D39AFCB" w14:textId="77777777" w:rsidR="00E64740" w:rsidRPr="000B2E51" w:rsidRDefault="00E64740" w:rsidP="00E64740">
      <w:pPr>
        <w:pStyle w:val="ae"/>
        <w:spacing w:line="240" w:lineRule="auto"/>
        <w:ind w:left="435"/>
        <w:jc w:val="both"/>
        <w:rPr>
          <w:rFonts w:asciiTheme="minorHAnsi" w:hAnsiTheme="minorHAnsi"/>
          <w:sz w:val="20"/>
          <w:szCs w:val="20"/>
          <w:lang w:val="ru-RU"/>
        </w:rPr>
      </w:pPr>
    </w:p>
    <w:p w14:paraId="4919BAFD"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гарантирует, что Объекты не содержат заимствований или иных элементов, которые могут рассматриваться как нарушение прав третьих лиц.</w:t>
      </w:r>
    </w:p>
    <w:p w14:paraId="7B27573F" w14:textId="77777777" w:rsidR="00E64740" w:rsidRPr="000B2E51" w:rsidRDefault="00E64740" w:rsidP="00E64740">
      <w:pPr>
        <w:pStyle w:val="ae"/>
        <w:spacing w:line="240" w:lineRule="auto"/>
        <w:ind w:left="435"/>
        <w:jc w:val="both"/>
        <w:rPr>
          <w:rFonts w:asciiTheme="minorHAnsi" w:hAnsiTheme="minorHAnsi"/>
          <w:sz w:val="20"/>
          <w:szCs w:val="20"/>
          <w:lang w:val="ru-RU"/>
        </w:rPr>
      </w:pPr>
    </w:p>
    <w:p w14:paraId="2F4AF5D6"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lastRenderedPageBreak/>
        <w:t>Лицензиар гарантирует, что использование Объектов Лицензиатом не будет каким-либо образом нарушать или ущемлять чьи-либо имущественные и/или личные неимущественные права, честь, достоинство или деловую репутацию.</w:t>
      </w:r>
    </w:p>
    <w:p w14:paraId="69C5E696" w14:textId="77777777" w:rsidR="00E64740" w:rsidRPr="000B2E51" w:rsidRDefault="00E64740" w:rsidP="00E64740">
      <w:pPr>
        <w:pStyle w:val="ae"/>
        <w:spacing w:line="240" w:lineRule="auto"/>
        <w:ind w:left="435"/>
        <w:jc w:val="both"/>
        <w:rPr>
          <w:rFonts w:asciiTheme="minorHAnsi" w:hAnsiTheme="minorHAnsi"/>
          <w:sz w:val="20"/>
          <w:szCs w:val="20"/>
          <w:lang w:val="ru-RU"/>
        </w:rPr>
      </w:pPr>
    </w:p>
    <w:p w14:paraId="682BEC25"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гарантирует, что запись передаваемых Объектов была осуществлена с согласия всех авторов и исполнителей, исполнение которых записано на фонограмму, а также иных правообладателей, если такое согласие необходимо.</w:t>
      </w:r>
    </w:p>
    <w:p w14:paraId="780F379B" w14:textId="77777777" w:rsidR="00E64740" w:rsidRPr="000B2E51" w:rsidRDefault="00E64740" w:rsidP="00E64740">
      <w:pPr>
        <w:pStyle w:val="ae"/>
        <w:spacing w:line="240" w:lineRule="auto"/>
        <w:ind w:left="435"/>
        <w:jc w:val="both"/>
        <w:rPr>
          <w:rFonts w:asciiTheme="minorHAnsi" w:hAnsiTheme="minorHAnsi"/>
          <w:sz w:val="20"/>
          <w:szCs w:val="20"/>
          <w:lang w:val="ru-RU"/>
        </w:rPr>
      </w:pPr>
    </w:p>
    <w:p w14:paraId="7AD53249"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гарантирует достоверность и полноту всех Метаданных, сведений о правообладателях, авторах, исполнителях, изготовителях фонограмм, долях прав, кодах, идентификаторах, Обложках и иных данных, предоставленных Лицензиату.</w:t>
      </w:r>
    </w:p>
    <w:p w14:paraId="5FF719D2" w14:textId="77777777" w:rsidR="00E64740" w:rsidRPr="000B2E51" w:rsidRDefault="00E64740" w:rsidP="00E64740">
      <w:pPr>
        <w:pStyle w:val="ae"/>
        <w:spacing w:line="240" w:lineRule="auto"/>
        <w:ind w:left="435"/>
        <w:jc w:val="both"/>
        <w:rPr>
          <w:rFonts w:asciiTheme="minorHAnsi" w:hAnsiTheme="minorHAnsi"/>
          <w:sz w:val="20"/>
          <w:szCs w:val="20"/>
          <w:lang w:val="ru-RU"/>
        </w:rPr>
      </w:pPr>
    </w:p>
    <w:p w14:paraId="25A67E82"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гарантирует, что Обложки и иные материалы, относящиеся к Объектам, могут использоваться Лицензиатом и третьими лицами в целях исполнения настоящей Оферты.</w:t>
      </w:r>
    </w:p>
    <w:p w14:paraId="7F50064F" w14:textId="77777777" w:rsidR="00E64740" w:rsidRPr="000B2E51" w:rsidRDefault="00E64740" w:rsidP="00E64740">
      <w:pPr>
        <w:pStyle w:val="ae"/>
        <w:spacing w:line="240" w:lineRule="auto"/>
        <w:ind w:left="435"/>
        <w:jc w:val="both"/>
        <w:rPr>
          <w:rFonts w:asciiTheme="minorHAnsi" w:hAnsiTheme="minorHAnsi"/>
          <w:sz w:val="20"/>
          <w:szCs w:val="20"/>
          <w:lang w:val="ru-RU"/>
        </w:rPr>
      </w:pPr>
    </w:p>
    <w:p w14:paraId="3C0EF0AC"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заключает договор на условиях настоящей Оферты, полностью полагаясь на действительность гарантий Лицензиара.</w:t>
      </w:r>
    </w:p>
    <w:p w14:paraId="2433C696"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В случае предъявления претензий со стороны третьих лиц в связи с Объектами, Обложками, Метаданными, именами, псевдонимами, изображениями, иными сведениями или материалами, переданными Лицензиаром, Лицензиар обязан самостоятельно и за свой счет урегулировать такие претензии.</w:t>
      </w:r>
    </w:p>
    <w:p w14:paraId="715622A2" w14:textId="77777777" w:rsidR="00E64740" w:rsidRPr="000B2E51" w:rsidRDefault="00E64740" w:rsidP="00E64740">
      <w:pPr>
        <w:pStyle w:val="ae"/>
        <w:spacing w:line="240" w:lineRule="auto"/>
        <w:ind w:left="435"/>
        <w:jc w:val="both"/>
        <w:rPr>
          <w:rFonts w:asciiTheme="minorHAnsi" w:hAnsiTheme="minorHAnsi"/>
          <w:sz w:val="20"/>
          <w:szCs w:val="20"/>
          <w:lang w:val="ru-RU"/>
        </w:rPr>
      </w:pPr>
    </w:p>
    <w:p w14:paraId="107B9F42" w14:textId="77777777" w:rsidR="00E16D8D"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в связи с указанными претензиями Лицензиат понесет убытки, расходы, удержания, штрафы, компенсации, судебные издержки, расходы на представителей или иные имущественные потери, Лицензиар обязуется возместить Лицензиату такие суммы в полном объеме.</w:t>
      </w:r>
    </w:p>
    <w:p w14:paraId="71996AEF"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25A8495D" w14:textId="77777777" w:rsidR="00E16D8D" w:rsidRPr="000B2E51" w:rsidRDefault="00CF7700" w:rsidP="009866BA">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ПРАВА И ОБЯЗАННОСТИ СТОРОН</w:t>
      </w:r>
    </w:p>
    <w:p w14:paraId="4413360C" w14:textId="77777777" w:rsidR="009866BA" w:rsidRPr="000B2E51" w:rsidRDefault="009866BA" w:rsidP="009866BA">
      <w:pPr>
        <w:pStyle w:val="ae"/>
        <w:spacing w:line="240" w:lineRule="auto"/>
        <w:rPr>
          <w:rFonts w:asciiTheme="minorHAnsi" w:hAnsiTheme="minorHAnsi"/>
          <w:sz w:val="20"/>
          <w:szCs w:val="20"/>
          <w:lang w:val="ru-RU"/>
        </w:rPr>
      </w:pPr>
    </w:p>
    <w:p w14:paraId="300D4C38" w14:textId="77777777" w:rsidR="00E16D8D"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обязуется выплачивать Лицензиару вознаграждение в порядке и на условиях, предусмотренных настоящей Офертой.</w:t>
      </w:r>
    </w:p>
    <w:p w14:paraId="0931BC5D"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54140238"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самостоятельно определять порядок, условия и количество использования Объектов.</w:t>
      </w:r>
    </w:p>
    <w:p w14:paraId="1EA5EE4B"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5EB385D1"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привлекать третьих лиц для практической реализации прав, полученных по настоящей Оферте.</w:t>
      </w:r>
    </w:p>
    <w:p w14:paraId="28218336"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28B371C1" w14:textId="77777777" w:rsidR="00DE445C" w:rsidRPr="000B2E51" w:rsidRDefault="00CF7700" w:rsidP="00DE445C">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проводить проверку Объектов, Метаданных, Обложек, сведений о правообладателях и иных данных, предоставленных Лицензиаром.</w:t>
      </w:r>
    </w:p>
    <w:p w14:paraId="071FC95E" w14:textId="77777777" w:rsidR="00DE445C" w:rsidRPr="000B2E51" w:rsidRDefault="00DE445C" w:rsidP="00DE445C">
      <w:pPr>
        <w:pStyle w:val="ae"/>
        <w:rPr>
          <w:rFonts w:asciiTheme="minorHAnsi" w:hAnsiTheme="minorHAnsi"/>
          <w:sz w:val="20"/>
          <w:szCs w:val="20"/>
          <w:lang w:val="ru-RU"/>
        </w:rPr>
      </w:pPr>
    </w:p>
    <w:p w14:paraId="697CBCDD" w14:textId="77777777" w:rsidR="009866BA" w:rsidRPr="000B2E51" w:rsidRDefault="00DE445C" w:rsidP="00DE445C">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отказать в размещении Объектов, приостановить использование Объектов, удалить Объекты, ограничить доступ к ним, приостановить начисления и выплаты, если имеются признаки нарушения настоящей Оферты, прав третьих лиц, правил Сервисов, недостоверности Метаданных или искусственного формирования показателей использования Объектов, а также в случае получения жалобы, претензии, уведомления, требования или иного обращения, связанного с Объектами, Обложками, Метаданными или правами на них.</w:t>
      </w:r>
    </w:p>
    <w:p w14:paraId="71666072" w14:textId="77777777" w:rsidR="00DE445C" w:rsidRPr="000B2E51" w:rsidRDefault="00DE445C" w:rsidP="00DE445C">
      <w:pPr>
        <w:spacing w:line="240" w:lineRule="auto"/>
        <w:jc w:val="both"/>
        <w:rPr>
          <w:rFonts w:asciiTheme="minorHAnsi" w:hAnsiTheme="minorHAnsi"/>
          <w:sz w:val="20"/>
          <w:szCs w:val="20"/>
          <w:lang w:val="ru-RU"/>
        </w:rPr>
      </w:pPr>
    </w:p>
    <w:p w14:paraId="7F8EE068"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обязуется передать Лицензиату Объекты посредством сети Интернет и предоставить необходимые Метаданные.</w:t>
      </w:r>
    </w:p>
    <w:p w14:paraId="274404AC"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7773FCF1"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обязуется своевременно уведомлять Лицензиата обо всех изменениях в правовом статусе Объектов, если такие изменения могут каким-либо образом влиять на право Лицензиата использовать Объекты.</w:t>
      </w:r>
    </w:p>
    <w:p w14:paraId="37BBAE2D" w14:textId="77777777" w:rsidR="009866BA" w:rsidRPr="000B2E51" w:rsidRDefault="009866BA" w:rsidP="009866BA">
      <w:pPr>
        <w:spacing w:line="240" w:lineRule="auto"/>
        <w:jc w:val="both"/>
        <w:rPr>
          <w:rFonts w:asciiTheme="minorHAnsi" w:hAnsiTheme="minorHAnsi"/>
          <w:sz w:val="20"/>
          <w:szCs w:val="20"/>
          <w:lang w:val="ru-RU"/>
        </w:rPr>
      </w:pPr>
    </w:p>
    <w:p w14:paraId="3615BB4E"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обязуется не совершать действий, которые могут препятствовать Лицензиату в реализации прав, предоставленных по настоящей Оферте.</w:t>
      </w:r>
    </w:p>
    <w:p w14:paraId="7ABF79B2" w14:textId="77777777" w:rsidR="009866BA" w:rsidRPr="000B2E51" w:rsidRDefault="009866BA" w:rsidP="009866BA">
      <w:pPr>
        <w:spacing w:line="240" w:lineRule="auto"/>
        <w:jc w:val="both"/>
        <w:rPr>
          <w:rFonts w:asciiTheme="minorHAnsi" w:hAnsiTheme="minorHAnsi"/>
          <w:sz w:val="20"/>
          <w:szCs w:val="20"/>
          <w:lang w:val="ru-RU"/>
        </w:rPr>
      </w:pPr>
    </w:p>
    <w:p w14:paraId="1EACA41E" w14:textId="77777777" w:rsidR="00E16D8D"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вправе создавать новые самостоятельные произведения при условии, что такое создание и последующее использование не нарушает исключительную лицензию, предоставленную Лицензиату по настоящей Оферте, и не препятствует реализации Лицензиатом переданных прав.</w:t>
      </w:r>
    </w:p>
    <w:p w14:paraId="6020CF84" w14:textId="77777777" w:rsidR="007F7670" w:rsidRPr="000B2E51" w:rsidRDefault="007F7670" w:rsidP="007F7670">
      <w:pPr>
        <w:pStyle w:val="ae"/>
        <w:rPr>
          <w:rFonts w:asciiTheme="minorHAnsi" w:hAnsiTheme="minorHAnsi"/>
          <w:sz w:val="20"/>
          <w:szCs w:val="20"/>
          <w:lang w:val="ru-RU"/>
        </w:rPr>
      </w:pPr>
    </w:p>
    <w:p w14:paraId="65C5D2C4" w14:textId="77777777" w:rsidR="007F7670" w:rsidRPr="000B2E51" w:rsidRDefault="007F7670" w:rsidP="007F7670">
      <w:pPr>
        <w:spacing w:line="240" w:lineRule="auto"/>
        <w:jc w:val="both"/>
        <w:rPr>
          <w:rFonts w:asciiTheme="minorHAnsi" w:hAnsiTheme="minorHAnsi"/>
          <w:sz w:val="20"/>
          <w:szCs w:val="20"/>
          <w:lang w:val="ru-RU"/>
        </w:rPr>
      </w:pPr>
    </w:p>
    <w:p w14:paraId="7133A4E8" w14:textId="77777777" w:rsidR="007F7670" w:rsidRPr="000B2E51" w:rsidRDefault="007F7670" w:rsidP="007F7670">
      <w:pPr>
        <w:spacing w:line="240" w:lineRule="auto"/>
        <w:jc w:val="both"/>
        <w:rPr>
          <w:rFonts w:asciiTheme="minorHAnsi" w:hAnsiTheme="minorHAnsi"/>
          <w:sz w:val="20"/>
          <w:szCs w:val="20"/>
          <w:lang w:val="ru-RU"/>
        </w:rPr>
      </w:pPr>
    </w:p>
    <w:p w14:paraId="654A5436" w14:textId="77777777" w:rsidR="009866BA" w:rsidRPr="000B2E51" w:rsidRDefault="009866BA" w:rsidP="009866BA">
      <w:pPr>
        <w:spacing w:line="240" w:lineRule="auto"/>
        <w:jc w:val="both"/>
        <w:rPr>
          <w:rFonts w:asciiTheme="minorHAnsi" w:hAnsiTheme="minorHAnsi"/>
          <w:sz w:val="20"/>
          <w:szCs w:val="20"/>
          <w:lang w:val="ru-RU"/>
        </w:rPr>
      </w:pPr>
    </w:p>
    <w:p w14:paraId="6F8D863D" w14:textId="77777777" w:rsidR="00E16D8D" w:rsidRPr="000B2E51" w:rsidRDefault="00CF7700" w:rsidP="009866BA">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lastRenderedPageBreak/>
        <w:t>ИСКУССТВЕННОЕ ФОРМИРОВАНИЕ ПОКАЗАТЕЛЕЙ ИСПОЛЬЗОВАНИЯ ОБЪЕКТОВ</w:t>
      </w:r>
    </w:p>
    <w:p w14:paraId="2363BE35" w14:textId="77777777" w:rsidR="009866BA" w:rsidRPr="000B2E51" w:rsidRDefault="009866BA" w:rsidP="009866BA">
      <w:pPr>
        <w:pStyle w:val="ae"/>
        <w:spacing w:line="240" w:lineRule="auto"/>
        <w:rPr>
          <w:rFonts w:asciiTheme="minorHAnsi" w:hAnsiTheme="minorHAnsi"/>
          <w:sz w:val="20"/>
          <w:szCs w:val="20"/>
          <w:lang w:val="ru-RU"/>
        </w:rPr>
      </w:pPr>
    </w:p>
    <w:p w14:paraId="4484CE65"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Лицензиару запрещается осуществлять действия, направленные на искусственное формирование показателей использования Объектов. Лицензиар также обязуется не поручать, не организовывать и не допускать совершение таких действий третьими лицами, действующими по поручению, в интересах или с ведома Лицензиара.</w:t>
      </w:r>
    </w:p>
    <w:p w14:paraId="35EEDC0C"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277C8CA8"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К действиям, направленным на искусственное формирование показателей использования Объектов, относятся использование автоматизированных средств для создания прослушиваний, просмотров, сохранений, подписок, повторных воспроизведений или иных действий в отношении Объектов; приобретение услуг по накрутке либо стимулированному формированию активности; организация схем взаимного, массового, возмездного или иным образом искусственно стимулированного использования Объектов; использование вводящих в заблуждение Метаданных; любые иные действия, результатом которых является неестественное формирование показателей использования Объектов.</w:t>
      </w:r>
    </w:p>
    <w:p w14:paraId="702CC9C4"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01456203"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В случае выявления Лицензиатом, Сервисом, оператором, агрегатором либо иным партнером факта или обоснованного подозрения в совершении действий, указанных в настоящем разделе, Лицензиат вправе без предварительного согласования с Лицензиаром приостановить направление, размещение или передачу Объектов; ограничить доступ к Объектам; удалить Объекты; приостановить или прекратить учет начислений; удержать любые суммы до завершения проверки; приостановить исполнение договора полностью или в части либо отказаться от его исполнения.</w:t>
      </w:r>
    </w:p>
    <w:p w14:paraId="5DCDBFAA"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393ECDE7" w14:textId="77777777" w:rsidR="009866BA"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в связи с действиями, указанными в настоящем разделе, Сервис, оператор, агрегатор либо иной партнер применит к Лицензиату меры, включая удаление Объектов, ограничение доступа к ним, приостановление или прекращение учета начислений, удержание денежных средств, корректировку ранее начисленных сумм либо отказ в выплате вознаграждения, такие последствия относятся на Лицензиара.</w:t>
      </w:r>
    </w:p>
    <w:p w14:paraId="396DE080"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474A5036"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не включать в расчет вознаграждения Лицензиара показатели использования Объектов и суммы начислений, признанные недействительными, искусственно сформированными, скорректированными, удержанными или не подлежащими выплате.</w:t>
      </w:r>
    </w:p>
    <w:p w14:paraId="08F40CED"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15A08364"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суммы, связанные с искусственным формированием показателей использования Объектов, были ранее выплачены Лицензиару, Лицензиат вправе зачесть такие суммы при последующих расчетах с Лицензиаром либо потребовать их возврата.</w:t>
      </w:r>
    </w:p>
    <w:p w14:paraId="49DD5C02" w14:textId="77777777" w:rsidR="009866BA" w:rsidRPr="000B2E51" w:rsidRDefault="009866BA" w:rsidP="009866BA">
      <w:pPr>
        <w:pStyle w:val="ae"/>
        <w:spacing w:line="240" w:lineRule="auto"/>
        <w:ind w:left="435"/>
        <w:jc w:val="both"/>
        <w:rPr>
          <w:rFonts w:asciiTheme="minorHAnsi" w:hAnsiTheme="minorHAnsi"/>
          <w:sz w:val="20"/>
          <w:szCs w:val="20"/>
          <w:lang w:val="ru-RU"/>
        </w:rPr>
      </w:pPr>
    </w:p>
    <w:p w14:paraId="4C1F99E8" w14:textId="77777777" w:rsidR="00E16D8D"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обязуется возместить Лицензиату убытки, расходы, удержания, штрафы, требования третьих лиц и иные имущественные потери, возникшие у Лицензиата в связи с нарушением Лицензиаром условий настоящего раздела.</w:t>
      </w:r>
    </w:p>
    <w:p w14:paraId="736049AC" w14:textId="77777777" w:rsidR="009866BA" w:rsidRPr="000B2E51" w:rsidRDefault="009866BA" w:rsidP="00260C70">
      <w:pPr>
        <w:spacing w:line="240" w:lineRule="auto"/>
        <w:jc w:val="both"/>
        <w:rPr>
          <w:rFonts w:asciiTheme="minorHAnsi" w:hAnsiTheme="minorHAnsi"/>
          <w:sz w:val="20"/>
          <w:szCs w:val="20"/>
          <w:lang w:val="ru-RU"/>
        </w:rPr>
      </w:pPr>
    </w:p>
    <w:p w14:paraId="4FF73701" w14:textId="77777777" w:rsidR="00E16D8D" w:rsidRPr="000B2E51" w:rsidRDefault="00CF7700" w:rsidP="009866BA">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ПЕРСОНАЛЬНЫЕ ДАННЫЕ И ДОКУМЕНТЫ</w:t>
      </w:r>
    </w:p>
    <w:p w14:paraId="5A061460" w14:textId="77777777" w:rsidR="009866BA" w:rsidRPr="000B2E51" w:rsidRDefault="009866BA" w:rsidP="009866BA">
      <w:pPr>
        <w:pStyle w:val="ae"/>
        <w:spacing w:line="240" w:lineRule="auto"/>
        <w:rPr>
          <w:rFonts w:asciiTheme="minorHAnsi" w:hAnsiTheme="minorHAnsi"/>
          <w:sz w:val="20"/>
          <w:szCs w:val="20"/>
          <w:lang w:val="ru-RU"/>
        </w:rPr>
      </w:pPr>
    </w:p>
    <w:p w14:paraId="3648A01C" w14:textId="77777777" w:rsidR="00E16D8D"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запрашивать у Лицензиара сведения и документы, необходимые для заключения и исполнения договора, проверки личности, проверки прав на Объекты, осуществления выплат, исполнения требований законодательства, правил Сервисов, банков, платежных систем и иных третьих лиц.</w:t>
      </w:r>
    </w:p>
    <w:p w14:paraId="1B3327F8" w14:textId="77777777" w:rsidR="0035113E" w:rsidRPr="000B2E51" w:rsidRDefault="0035113E" w:rsidP="0035113E">
      <w:pPr>
        <w:pStyle w:val="ae"/>
        <w:spacing w:line="240" w:lineRule="auto"/>
        <w:ind w:left="435"/>
        <w:jc w:val="both"/>
        <w:rPr>
          <w:rFonts w:asciiTheme="minorHAnsi" w:hAnsiTheme="minorHAnsi"/>
          <w:sz w:val="20"/>
          <w:szCs w:val="20"/>
          <w:lang w:val="ru-RU"/>
        </w:rPr>
      </w:pPr>
    </w:p>
    <w:p w14:paraId="149107C0"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К таким сведениям и документам могут относиться фамилия, имя, отчество, дата рождения, паспортные данные, адрес регистрации, ИНН, контактные данные, банковские реквизиты, сведения о налоговом статусе, документы, подтверждающие права на Объекты, и иные необходимые сведения.</w:t>
      </w:r>
    </w:p>
    <w:p w14:paraId="1AE2FC23" w14:textId="77777777" w:rsidR="0035113E" w:rsidRPr="000B2E51" w:rsidRDefault="0035113E" w:rsidP="0035113E">
      <w:pPr>
        <w:spacing w:line="240" w:lineRule="auto"/>
        <w:jc w:val="both"/>
        <w:rPr>
          <w:rFonts w:asciiTheme="minorHAnsi" w:hAnsiTheme="minorHAnsi"/>
          <w:sz w:val="20"/>
          <w:szCs w:val="20"/>
          <w:lang w:val="ru-RU"/>
        </w:rPr>
      </w:pPr>
    </w:p>
    <w:p w14:paraId="10EF84B6"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соглашается, что персональные данные, документы, Метаданные и иные сведения могут передаваться третьим лицам в объеме, необходимом для исполнения настоящей Оферты, включая оператора Платформы, Сервисы, операторов, агрегаторов, банки, платежные системы, организации по коллективному управлению правами, консультантов, подрядчиков и государственные органы.</w:t>
      </w:r>
    </w:p>
    <w:p w14:paraId="4FC30438" w14:textId="77777777" w:rsidR="0035113E" w:rsidRPr="000B2E51" w:rsidRDefault="0035113E" w:rsidP="0035113E">
      <w:pPr>
        <w:spacing w:line="240" w:lineRule="auto"/>
        <w:jc w:val="both"/>
        <w:rPr>
          <w:rFonts w:asciiTheme="minorHAnsi" w:hAnsiTheme="minorHAnsi"/>
          <w:sz w:val="20"/>
          <w:szCs w:val="20"/>
          <w:lang w:val="ru-RU"/>
        </w:rPr>
      </w:pPr>
    </w:p>
    <w:p w14:paraId="0785CAD7" w14:textId="77777777" w:rsidR="009866BA" w:rsidRPr="000B2E51" w:rsidRDefault="00CF7700" w:rsidP="009866BA">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обязуется предоставлять достоверные и актуальные сведения и уведомлять Лицензиата об их изменении.</w:t>
      </w:r>
    </w:p>
    <w:p w14:paraId="32C33C33" w14:textId="77777777" w:rsidR="0035113E" w:rsidRPr="000B2E51" w:rsidRDefault="0035113E" w:rsidP="0035113E">
      <w:pPr>
        <w:spacing w:line="240" w:lineRule="auto"/>
        <w:jc w:val="both"/>
        <w:rPr>
          <w:rFonts w:asciiTheme="minorHAnsi" w:hAnsiTheme="minorHAnsi"/>
          <w:sz w:val="20"/>
          <w:szCs w:val="20"/>
          <w:lang w:val="ru-RU"/>
        </w:rPr>
      </w:pPr>
    </w:p>
    <w:p w14:paraId="06E93CCF" w14:textId="77777777" w:rsidR="0035113E" w:rsidRPr="000B2E51" w:rsidRDefault="00CF7700" w:rsidP="007F767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приостановить размещение Объектов, выплату вознаграждения или иное исполнение обязательств до предоставления Лицензиаром необходимых сведений и документов.</w:t>
      </w:r>
    </w:p>
    <w:p w14:paraId="3CCE813B" w14:textId="77777777" w:rsidR="0035113E" w:rsidRPr="000B2E51" w:rsidRDefault="0035113E" w:rsidP="0035113E">
      <w:pPr>
        <w:pStyle w:val="ae"/>
        <w:spacing w:line="240" w:lineRule="auto"/>
        <w:ind w:left="435"/>
        <w:jc w:val="both"/>
        <w:rPr>
          <w:rFonts w:asciiTheme="minorHAnsi" w:hAnsiTheme="minorHAnsi"/>
          <w:sz w:val="20"/>
          <w:szCs w:val="20"/>
          <w:lang w:val="ru-RU"/>
        </w:rPr>
      </w:pPr>
    </w:p>
    <w:p w14:paraId="59407878" w14:textId="77777777" w:rsidR="0035113E" w:rsidRPr="000B2E51" w:rsidRDefault="00CF7700" w:rsidP="0035113E">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lastRenderedPageBreak/>
        <w:t>ЭЛЕКТРОННОЕ ВЗАИМОДЕЙСТВИЕ И ПРОСТАЯ ЭЛЕКТРОННАЯ ПОДПИСЬ</w:t>
      </w:r>
    </w:p>
    <w:p w14:paraId="195A6ABD" w14:textId="77777777" w:rsidR="0035113E" w:rsidRPr="000B2E51" w:rsidRDefault="0035113E" w:rsidP="0035113E">
      <w:pPr>
        <w:pStyle w:val="ae"/>
        <w:spacing w:line="240" w:lineRule="auto"/>
        <w:rPr>
          <w:rFonts w:asciiTheme="minorHAnsi" w:hAnsiTheme="minorHAnsi"/>
          <w:b/>
          <w:sz w:val="20"/>
          <w:szCs w:val="20"/>
          <w:lang w:val="ru-RU"/>
        </w:rPr>
      </w:pPr>
    </w:p>
    <w:p w14:paraId="3CBD91A7" w14:textId="77777777" w:rsidR="00E16D8D" w:rsidRPr="000B2E51" w:rsidRDefault="00CF7700" w:rsidP="0035113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Стороны договорились, что договор на условиях настоящей Оферты заключается в электронной форме с использованием простой электронной подписи.</w:t>
      </w:r>
    </w:p>
    <w:p w14:paraId="4F8987F6" w14:textId="77777777" w:rsidR="0035113E" w:rsidRPr="000B2E51" w:rsidRDefault="0035113E" w:rsidP="0035113E">
      <w:pPr>
        <w:spacing w:line="240" w:lineRule="auto"/>
        <w:jc w:val="both"/>
        <w:rPr>
          <w:rFonts w:asciiTheme="minorHAnsi" w:hAnsiTheme="minorHAnsi"/>
          <w:sz w:val="20"/>
          <w:szCs w:val="20"/>
          <w:lang w:val="ru-RU"/>
        </w:rPr>
      </w:pPr>
    </w:p>
    <w:p w14:paraId="6A31CF77" w14:textId="77777777" w:rsidR="0035113E" w:rsidRPr="000B2E51" w:rsidRDefault="00CF7700" w:rsidP="0035113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Простой электронной подписью Лицензиара признается совершение Лицензиаром действий, позволяющих определить лицо, выразившее волю на заключение договора, включая проставление отметки о согласии с Офертой, нажатие кнопки подтверждения, загрузку Объекта после подтверждения согласия с Офертой, направление Объекта Лицензиату, использование учетной записи, адреса электронной почты, номера телефона, кода подтверждения или иного идентификатора.</w:t>
      </w:r>
    </w:p>
    <w:p w14:paraId="13F1060A" w14:textId="77777777" w:rsidR="0035113E" w:rsidRPr="000B2E51" w:rsidRDefault="0035113E" w:rsidP="0035113E">
      <w:pPr>
        <w:spacing w:line="240" w:lineRule="auto"/>
        <w:jc w:val="both"/>
        <w:rPr>
          <w:rFonts w:asciiTheme="minorHAnsi" w:hAnsiTheme="minorHAnsi"/>
          <w:sz w:val="20"/>
          <w:szCs w:val="20"/>
          <w:lang w:val="ru-RU"/>
        </w:rPr>
      </w:pPr>
    </w:p>
    <w:p w14:paraId="20816023" w14:textId="77777777" w:rsidR="0035113E" w:rsidRPr="000B2E51" w:rsidRDefault="00CF7700" w:rsidP="0035113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Стороны признают, что действия, совершенные Лицензиаром с использованием простой электронной подписи, являются аналогом собственноручной подписи Лицензиара и порождают для Сторон те же правовые последствия, что и подписание документа на бумажном носителе.</w:t>
      </w:r>
    </w:p>
    <w:p w14:paraId="1E51E287" w14:textId="77777777" w:rsidR="0035113E" w:rsidRPr="000B2E51" w:rsidRDefault="0035113E" w:rsidP="0035113E">
      <w:pPr>
        <w:spacing w:line="240" w:lineRule="auto"/>
        <w:jc w:val="both"/>
        <w:rPr>
          <w:rFonts w:asciiTheme="minorHAnsi" w:hAnsiTheme="minorHAnsi"/>
          <w:sz w:val="20"/>
          <w:szCs w:val="20"/>
          <w:lang w:val="ru-RU"/>
        </w:rPr>
      </w:pPr>
    </w:p>
    <w:p w14:paraId="466C1748" w14:textId="77777777" w:rsidR="0035113E" w:rsidRPr="000B2E51" w:rsidRDefault="00CF7700" w:rsidP="0035113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Письменная форма лицензионного договора считается соблюденной при акцепте настоящей Оферты в порядке, предусмотренном настоящим разделом.</w:t>
      </w:r>
    </w:p>
    <w:p w14:paraId="3BC5EE83" w14:textId="77777777" w:rsidR="0035113E" w:rsidRPr="000B2E51" w:rsidRDefault="0035113E" w:rsidP="0035113E">
      <w:pPr>
        <w:spacing w:line="240" w:lineRule="auto"/>
        <w:jc w:val="both"/>
        <w:rPr>
          <w:rFonts w:asciiTheme="minorHAnsi" w:hAnsiTheme="minorHAnsi"/>
          <w:sz w:val="20"/>
          <w:szCs w:val="20"/>
          <w:lang w:val="ru-RU"/>
        </w:rPr>
      </w:pPr>
    </w:p>
    <w:p w14:paraId="335BEAC3" w14:textId="77777777" w:rsidR="0035113E" w:rsidRPr="000B2E51" w:rsidRDefault="00CF7700" w:rsidP="0035113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Подтверждением факта акцепта Оферты, передачи Объектов, предоставления Метаданных и совершения иных юридически значимых действий являются, в том числе, сведения о дате и времени совершения действия, учетной записи, адресе электронной почты, номере телефона, сетевом адресе, версии текста Оферты, файлах, сообщениях, отметках согласия, журналах событий и иных электронных данных.</w:t>
      </w:r>
    </w:p>
    <w:p w14:paraId="684A0624" w14:textId="77777777" w:rsidR="00D124EC" w:rsidRPr="000B2E51" w:rsidRDefault="00D124EC" w:rsidP="00D124EC">
      <w:pPr>
        <w:pStyle w:val="ae"/>
        <w:rPr>
          <w:rFonts w:asciiTheme="minorHAnsi" w:hAnsiTheme="minorHAnsi"/>
          <w:sz w:val="20"/>
          <w:szCs w:val="20"/>
          <w:lang w:val="ru-RU"/>
        </w:rPr>
      </w:pPr>
    </w:p>
    <w:p w14:paraId="7ADA81F8" w14:textId="77777777" w:rsidR="00D124EC" w:rsidRPr="000B2E51" w:rsidRDefault="00D124EC" w:rsidP="0035113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Сведения о размере вознаграждения Лицензиара, отображаемые в личном кабинете Лицензиара, а также электронные данные о дате и времени их отображения, изменения, подтверждения или продолжения использования Сервиса после такого отображения признаются Сторонами надлежащим доказательством согласования размера вознаграждения Лицензиара.</w:t>
      </w:r>
    </w:p>
    <w:p w14:paraId="2BB900B4" w14:textId="77777777" w:rsidR="0035113E" w:rsidRPr="000B2E51" w:rsidRDefault="0035113E" w:rsidP="0035113E">
      <w:pPr>
        <w:spacing w:line="240" w:lineRule="auto"/>
        <w:jc w:val="both"/>
        <w:rPr>
          <w:rFonts w:asciiTheme="minorHAnsi" w:hAnsiTheme="minorHAnsi"/>
          <w:sz w:val="20"/>
          <w:szCs w:val="20"/>
          <w:lang w:val="ru-RU"/>
        </w:rPr>
      </w:pPr>
    </w:p>
    <w:p w14:paraId="735CCBBC" w14:textId="77777777" w:rsidR="0035113E" w:rsidRPr="000B2E51" w:rsidRDefault="00CF7700" w:rsidP="0035113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обязуется обеспечивать конфиденциальность доступа к своей учетной записи, адресу электронной почты, номеру телефона, кодам подтверждения, паролям и иным средствам идентификации.</w:t>
      </w:r>
    </w:p>
    <w:p w14:paraId="4A00DD0A" w14:textId="77777777" w:rsidR="0035113E" w:rsidRPr="000B2E51" w:rsidRDefault="0035113E" w:rsidP="0035113E">
      <w:pPr>
        <w:spacing w:line="240" w:lineRule="auto"/>
        <w:jc w:val="both"/>
        <w:rPr>
          <w:rFonts w:asciiTheme="minorHAnsi" w:hAnsiTheme="minorHAnsi"/>
          <w:sz w:val="20"/>
          <w:szCs w:val="20"/>
          <w:lang w:val="ru-RU"/>
        </w:rPr>
      </w:pPr>
    </w:p>
    <w:p w14:paraId="1E2C9849" w14:textId="77777777" w:rsidR="00E16D8D" w:rsidRPr="000B2E51" w:rsidRDefault="00CF7700" w:rsidP="0035113E">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Все действия, совершенные с использованием учетной записи, адреса электронной почты, номера телефона, кода подтверждения, пароля либо иного средства идентификации Лицензиара, считаются совершенными Лицензиаром, пока не доказано иное.</w:t>
      </w:r>
    </w:p>
    <w:p w14:paraId="2FDADF38" w14:textId="77777777" w:rsidR="0035113E" w:rsidRPr="000B2E51" w:rsidRDefault="0035113E" w:rsidP="0035113E">
      <w:pPr>
        <w:spacing w:line="240" w:lineRule="auto"/>
        <w:jc w:val="both"/>
        <w:rPr>
          <w:rFonts w:asciiTheme="minorHAnsi" w:hAnsiTheme="minorHAnsi"/>
          <w:sz w:val="20"/>
          <w:szCs w:val="20"/>
          <w:lang w:val="ru-RU"/>
        </w:rPr>
      </w:pPr>
    </w:p>
    <w:p w14:paraId="7AB231BF" w14:textId="77777777" w:rsidR="00E16D8D" w:rsidRPr="000B2E51" w:rsidRDefault="00CF7700" w:rsidP="0035113E">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КОНФИДЕНЦИАЛЬНОСТЬ</w:t>
      </w:r>
    </w:p>
    <w:p w14:paraId="212B5464" w14:textId="77777777" w:rsidR="0035113E" w:rsidRPr="000B2E51" w:rsidRDefault="0035113E" w:rsidP="0035113E">
      <w:pPr>
        <w:pStyle w:val="ae"/>
        <w:spacing w:line="240" w:lineRule="auto"/>
        <w:rPr>
          <w:rFonts w:asciiTheme="minorHAnsi" w:hAnsiTheme="minorHAnsi"/>
          <w:sz w:val="20"/>
          <w:szCs w:val="20"/>
          <w:lang w:val="ru-RU"/>
        </w:rPr>
      </w:pPr>
    </w:p>
    <w:p w14:paraId="1651384D" w14:textId="77777777" w:rsidR="00E16D8D" w:rsidRPr="000B2E51" w:rsidRDefault="00CF7700" w:rsidP="00AA5A57">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Стороны признают конфиденциальной любую непубличную информацию, полученную одной Стороной от другой Стороны в связи с заключением и исполнением договора на условиях настоящей Оферты.</w:t>
      </w:r>
    </w:p>
    <w:p w14:paraId="44E9AFC0" w14:textId="77777777" w:rsidR="00AA5A57" w:rsidRPr="000B2E51" w:rsidRDefault="00AA5A57" w:rsidP="00AA5A57">
      <w:pPr>
        <w:pStyle w:val="ae"/>
        <w:spacing w:line="240" w:lineRule="auto"/>
        <w:ind w:left="435"/>
        <w:jc w:val="both"/>
        <w:rPr>
          <w:rFonts w:asciiTheme="minorHAnsi" w:hAnsiTheme="minorHAnsi"/>
          <w:sz w:val="20"/>
          <w:szCs w:val="20"/>
          <w:lang w:val="ru-RU"/>
        </w:rPr>
      </w:pPr>
    </w:p>
    <w:p w14:paraId="5408210E" w14:textId="77777777" w:rsidR="00AA5A57" w:rsidRPr="000B2E51" w:rsidRDefault="00CF7700" w:rsidP="00AA5A57">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Стороны обязуются не раскрывать конфиденциальную информацию третьим лицам без согласия другой Стороны, за исключением случаев, предусмотренных законодательством или настоящей Офертой.</w:t>
      </w:r>
    </w:p>
    <w:p w14:paraId="56E8FACA" w14:textId="77777777" w:rsidR="00AA5A57" w:rsidRPr="000B2E51" w:rsidRDefault="00AA5A57" w:rsidP="00AA5A57">
      <w:pPr>
        <w:spacing w:line="240" w:lineRule="auto"/>
        <w:jc w:val="both"/>
        <w:rPr>
          <w:rFonts w:asciiTheme="minorHAnsi" w:hAnsiTheme="minorHAnsi"/>
          <w:sz w:val="20"/>
          <w:szCs w:val="20"/>
          <w:lang w:val="ru-RU"/>
        </w:rPr>
      </w:pPr>
    </w:p>
    <w:p w14:paraId="42E9F604" w14:textId="77777777" w:rsidR="00E16D8D" w:rsidRPr="000B2E51" w:rsidRDefault="00CF7700" w:rsidP="00AA5A57">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Не является нарушением конфиденциальности передача Лицензиатом Объектов, Обложек, Метаданных, сведений об авторах, исполнителях, изготовителях фонограмм, правообладателях, релизах, треках и иных сведений Сервисам, оператору Платформы, агрегаторам, организациям по коллективному управлению правами, консультантам, подрядчикам и иным партнерам Лицензиата, если такая передача осуществляется в целях исполнения настоящей Оферты.</w:t>
      </w:r>
    </w:p>
    <w:p w14:paraId="248FE11B" w14:textId="77777777" w:rsidR="00AA5A57" w:rsidRPr="000B2E51" w:rsidRDefault="00AA5A57" w:rsidP="00260C70">
      <w:pPr>
        <w:spacing w:line="240" w:lineRule="auto"/>
        <w:jc w:val="both"/>
        <w:rPr>
          <w:rFonts w:asciiTheme="minorHAnsi" w:hAnsiTheme="minorHAnsi"/>
          <w:sz w:val="20"/>
          <w:szCs w:val="20"/>
          <w:lang w:val="ru-RU"/>
        </w:rPr>
      </w:pPr>
    </w:p>
    <w:p w14:paraId="3EBB80A1" w14:textId="77777777" w:rsidR="00E46895" w:rsidRPr="000B2E51" w:rsidRDefault="00E46895" w:rsidP="00260C70">
      <w:pPr>
        <w:spacing w:line="240" w:lineRule="auto"/>
        <w:jc w:val="both"/>
        <w:rPr>
          <w:rFonts w:asciiTheme="minorHAnsi" w:hAnsiTheme="minorHAnsi"/>
          <w:sz w:val="20"/>
          <w:szCs w:val="20"/>
          <w:lang w:val="ru-RU"/>
        </w:rPr>
      </w:pPr>
    </w:p>
    <w:p w14:paraId="3A4286B1" w14:textId="77777777" w:rsidR="00E46895" w:rsidRPr="000B2E51" w:rsidRDefault="00E46895" w:rsidP="00260C70">
      <w:pPr>
        <w:spacing w:line="240" w:lineRule="auto"/>
        <w:jc w:val="both"/>
        <w:rPr>
          <w:rFonts w:asciiTheme="minorHAnsi" w:hAnsiTheme="minorHAnsi"/>
          <w:sz w:val="20"/>
          <w:szCs w:val="20"/>
          <w:lang w:val="ru-RU"/>
        </w:rPr>
      </w:pPr>
    </w:p>
    <w:p w14:paraId="253604DA" w14:textId="77777777" w:rsidR="00E46895" w:rsidRPr="000B2E51" w:rsidRDefault="00E46895" w:rsidP="00260C70">
      <w:pPr>
        <w:spacing w:line="240" w:lineRule="auto"/>
        <w:jc w:val="both"/>
        <w:rPr>
          <w:rFonts w:asciiTheme="minorHAnsi" w:hAnsiTheme="minorHAnsi"/>
          <w:sz w:val="20"/>
          <w:szCs w:val="20"/>
          <w:lang w:val="ru-RU"/>
        </w:rPr>
      </w:pPr>
    </w:p>
    <w:p w14:paraId="2464DCCA" w14:textId="77777777" w:rsidR="00E46895" w:rsidRPr="000B2E51" w:rsidRDefault="00E46895" w:rsidP="00260C70">
      <w:pPr>
        <w:spacing w:line="240" w:lineRule="auto"/>
        <w:jc w:val="both"/>
        <w:rPr>
          <w:rFonts w:asciiTheme="minorHAnsi" w:hAnsiTheme="minorHAnsi"/>
          <w:sz w:val="20"/>
          <w:szCs w:val="20"/>
          <w:lang w:val="ru-RU"/>
        </w:rPr>
      </w:pPr>
    </w:p>
    <w:p w14:paraId="4C76F0B2" w14:textId="77777777" w:rsidR="00E16D8D" w:rsidRPr="000B2E51" w:rsidRDefault="00CF7700" w:rsidP="00AA5A57">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ОТВЕТСТВЕННОСТЬ СТОРОН</w:t>
      </w:r>
    </w:p>
    <w:p w14:paraId="09FCC92A" w14:textId="77777777" w:rsidR="00AA5A57" w:rsidRPr="000B2E51" w:rsidRDefault="00AA5A57" w:rsidP="00AA5A57">
      <w:pPr>
        <w:pStyle w:val="ae"/>
        <w:spacing w:line="240" w:lineRule="auto"/>
        <w:rPr>
          <w:rFonts w:asciiTheme="minorHAnsi" w:hAnsiTheme="minorHAnsi"/>
          <w:sz w:val="20"/>
          <w:szCs w:val="20"/>
          <w:lang w:val="ru-RU"/>
        </w:rPr>
      </w:pPr>
    </w:p>
    <w:p w14:paraId="41BE0455" w14:textId="77777777" w:rsidR="00AA5A57"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Сторона, нарушившая свои обязательства по настоящей Оферте, обязана устранить нарушения и возместить другой Стороне причиненные убытки в соответствии с законодательством Российской Федерации и настоящей Офертой.</w:t>
      </w:r>
    </w:p>
    <w:p w14:paraId="31B913EF" w14:textId="77777777" w:rsidR="00AA5A57" w:rsidRPr="000B2E51" w:rsidRDefault="00AA5A57" w:rsidP="00AA5A57">
      <w:pPr>
        <w:pStyle w:val="ae"/>
        <w:spacing w:line="240" w:lineRule="auto"/>
        <w:ind w:left="435"/>
        <w:jc w:val="both"/>
        <w:rPr>
          <w:rFonts w:asciiTheme="minorHAnsi" w:hAnsiTheme="minorHAnsi"/>
          <w:sz w:val="20"/>
          <w:szCs w:val="20"/>
          <w:lang w:val="ru-RU"/>
        </w:rPr>
      </w:pPr>
    </w:p>
    <w:p w14:paraId="243E969C" w14:textId="77777777" w:rsidR="00792BDC" w:rsidRDefault="00CF7700" w:rsidP="00F536AD">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lastRenderedPageBreak/>
        <w:t>Лицензиар несет ответственность за достоверность своих заявлений, гарантий, Метаданных, сведений о правообладателях, объеме прав, долях, Обложках и иных материалах, полученных Лицензиатом от Лицензиара.</w:t>
      </w:r>
    </w:p>
    <w:p w14:paraId="1024AFE6" w14:textId="77777777" w:rsidR="00792BDC" w:rsidRPr="00792BDC" w:rsidRDefault="00792BDC" w:rsidP="00792BDC">
      <w:pPr>
        <w:pStyle w:val="ae"/>
        <w:rPr>
          <w:rFonts w:asciiTheme="minorHAnsi" w:hAnsiTheme="minorHAnsi"/>
          <w:sz w:val="20"/>
          <w:szCs w:val="20"/>
          <w:lang w:val="ru-RU"/>
        </w:rPr>
      </w:pPr>
    </w:p>
    <w:p w14:paraId="6A7CBA22" w14:textId="77777777" w:rsidR="00F536AD" w:rsidRDefault="00792BDC" w:rsidP="00F536AD">
      <w:pPr>
        <w:pStyle w:val="ae"/>
        <w:numPr>
          <w:ilvl w:val="1"/>
          <w:numId w:val="10"/>
        </w:numPr>
        <w:spacing w:line="240" w:lineRule="auto"/>
        <w:jc w:val="both"/>
        <w:rPr>
          <w:rFonts w:asciiTheme="minorHAnsi" w:hAnsiTheme="minorHAnsi"/>
          <w:sz w:val="20"/>
          <w:szCs w:val="20"/>
          <w:lang w:val="ru-RU"/>
        </w:rPr>
      </w:pPr>
      <w:r w:rsidRPr="00792BDC">
        <w:rPr>
          <w:rFonts w:asciiTheme="minorHAnsi" w:hAnsiTheme="minorHAnsi"/>
          <w:sz w:val="20"/>
          <w:szCs w:val="20"/>
          <w:lang w:val="ru-RU"/>
        </w:rPr>
        <w:t>В случае недостоверности заявлений и гарантий Лицензиара Лицензиат вправе удержать штраф в размере до 100% суммы вознаграждения Лицензиара, подлежащей выплате за соответствующий Объект за отчетный период, в котором выявлена такая недостоверность. Если больший размер убытков будет доказан Лицензиатом, Лицензиар возмещает их в части, не покрытой суммой штрафа.</w:t>
      </w:r>
    </w:p>
    <w:p w14:paraId="4DFD914D" w14:textId="77777777" w:rsidR="00792BDC" w:rsidRPr="00792BDC" w:rsidRDefault="00792BDC" w:rsidP="00792BDC">
      <w:pPr>
        <w:spacing w:line="240" w:lineRule="auto"/>
        <w:jc w:val="both"/>
        <w:rPr>
          <w:rFonts w:asciiTheme="minorHAnsi" w:hAnsiTheme="minorHAnsi"/>
          <w:sz w:val="20"/>
          <w:szCs w:val="20"/>
          <w:lang w:val="ru-RU"/>
        </w:rPr>
      </w:pPr>
    </w:p>
    <w:p w14:paraId="13BC26D8" w14:textId="77777777" w:rsidR="00AA5A57"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не несет ответственности за нарушение авторских и смежных прав, неправомерное использование товарных знаков и нарушение иных прав на объекты интеллектуальной собственности, содержащихся в Объектах, Обложках или Метаданных, полученных от Лицензиара.</w:t>
      </w:r>
    </w:p>
    <w:p w14:paraId="342AE737" w14:textId="77777777" w:rsidR="00AA5A57" w:rsidRPr="000B2E51" w:rsidRDefault="00AA5A57" w:rsidP="00AA5A57">
      <w:pPr>
        <w:pStyle w:val="ae"/>
        <w:spacing w:line="240" w:lineRule="auto"/>
        <w:ind w:left="435"/>
        <w:jc w:val="both"/>
        <w:rPr>
          <w:rFonts w:asciiTheme="minorHAnsi" w:hAnsiTheme="minorHAnsi"/>
          <w:sz w:val="20"/>
          <w:szCs w:val="20"/>
          <w:lang w:val="ru-RU"/>
        </w:rPr>
      </w:pPr>
    </w:p>
    <w:p w14:paraId="6CF4EC0A" w14:textId="77777777" w:rsidR="00AA5A57"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не несет ответственности за действия или решения Сервисов, операторов, агрегаторов, банков, платежных систем и иных третьих лиц, включая отказ в размещении, удаление, ограничение доступа, удержание денежных средств, задержку отчетности, корректировку начислений или отказ в выплате вознаграждения.</w:t>
      </w:r>
    </w:p>
    <w:p w14:paraId="0B102B48" w14:textId="77777777" w:rsidR="00AA5A57" w:rsidRPr="000B2E51" w:rsidRDefault="00AA5A57" w:rsidP="00AA5A57">
      <w:pPr>
        <w:pStyle w:val="ae"/>
        <w:spacing w:line="240" w:lineRule="auto"/>
        <w:ind w:left="435"/>
        <w:jc w:val="both"/>
        <w:rPr>
          <w:rFonts w:asciiTheme="minorHAnsi" w:hAnsiTheme="minorHAnsi"/>
          <w:sz w:val="20"/>
          <w:szCs w:val="20"/>
          <w:lang w:val="ru-RU"/>
        </w:rPr>
      </w:pPr>
    </w:p>
    <w:p w14:paraId="06590F26" w14:textId="77777777" w:rsidR="00AA5A57" w:rsidRPr="000B2E51" w:rsidRDefault="00CF7700" w:rsidP="00035AB1">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Лицензиар обязуется компенсировать Лицензиату все расходы, убытки, удержания, штрафы, компенсации, судебные расходы и иные платежи, возникшие в связи с использованием Объектов, Обложек и/или Метаданных, полученных от Лицензиара, если такие последствия связаны с нарушением Лицензиаром настоящей Оферты, недостоверностью его заверений или нарушением прав третьих лиц.</w:t>
      </w:r>
    </w:p>
    <w:p w14:paraId="21A6DBCE" w14:textId="77777777" w:rsidR="00AA5A57" w:rsidRPr="000B2E51" w:rsidRDefault="00AA5A57" w:rsidP="000D4980">
      <w:pPr>
        <w:pStyle w:val="ae"/>
        <w:spacing w:line="240" w:lineRule="auto"/>
        <w:ind w:left="435"/>
        <w:jc w:val="both"/>
        <w:rPr>
          <w:rFonts w:asciiTheme="minorHAnsi" w:hAnsiTheme="minorHAnsi"/>
          <w:sz w:val="20"/>
          <w:szCs w:val="20"/>
          <w:lang w:val="ru-RU"/>
        </w:rPr>
      </w:pPr>
    </w:p>
    <w:p w14:paraId="194B2DC1" w14:textId="77777777" w:rsidR="00E9181B" w:rsidRPr="000B2E51" w:rsidRDefault="00CF7700" w:rsidP="00E9181B">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Уплата штрафных санкций и возмещение убытков не освобождает Стороны от исполнения обязательств по настоящей Оферте.</w:t>
      </w:r>
    </w:p>
    <w:p w14:paraId="7426F643" w14:textId="77777777" w:rsidR="000D4980" w:rsidRPr="000B2E51" w:rsidRDefault="000D4980" w:rsidP="000D4980">
      <w:pPr>
        <w:pStyle w:val="ae"/>
        <w:spacing w:line="240" w:lineRule="auto"/>
        <w:ind w:left="435"/>
        <w:jc w:val="both"/>
        <w:rPr>
          <w:rFonts w:asciiTheme="minorHAnsi" w:hAnsiTheme="minorHAnsi"/>
          <w:sz w:val="20"/>
          <w:szCs w:val="20"/>
          <w:lang w:val="ru-RU"/>
        </w:rPr>
      </w:pPr>
    </w:p>
    <w:p w14:paraId="15C26E8A" w14:textId="77777777" w:rsidR="00E16D8D" w:rsidRPr="000B2E51" w:rsidRDefault="00CF7700" w:rsidP="000D4980">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СРОК ДЕЙСТВИЯ И ПОРЯДОК РАСТОРЖЕНИЯ</w:t>
      </w:r>
    </w:p>
    <w:p w14:paraId="5F1763E5" w14:textId="77777777" w:rsidR="000D4980" w:rsidRPr="000B2E51" w:rsidRDefault="000D4980" w:rsidP="000D4980">
      <w:pPr>
        <w:pStyle w:val="ae"/>
        <w:spacing w:line="240" w:lineRule="auto"/>
        <w:rPr>
          <w:rFonts w:asciiTheme="minorHAnsi" w:hAnsiTheme="minorHAnsi"/>
          <w:sz w:val="20"/>
          <w:szCs w:val="20"/>
          <w:lang w:val="ru-RU"/>
        </w:rPr>
      </w:pPr>
    </w:p>
    <w:p w14:paraId="1F603823" w14:textId="77777777" w:rsidR="000D4980" w:rsidRPr="000B2E51"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Договор на условиях настоящей Оферты вступает в силу с момента акцепта Оферты Лицензиаром и действует в отношении каждого Объекта в течение Срока, если не прекращен ранее в соответствии с настоящей Офертой.</w:t>
      </w:r>
    </w:p>
    <w:p w14:paraId="4956586D" w14:textId="77777777" w:rsidR="000D4980" w:rsidRPr="000B2E51" w:rsidRDefault="000D4980" w:rsidP="000D4980">
      <w:pPr>
        <w:pStyle w:val="ae"/>
        <w:spacing w:line="240" w:lineRule="auto"/>
        <w:ind w:left="435"/>
        <w:jc w:val="both"/>
        <w:rPr>
          <w:rFonts w:asciiTheme="minorHAnsi" w:hAnsiTheme="minorHAnsi"/>
          <w:sz w:val="20"/>
          <w:szCs w:val="20"/>
          <w:lang w:val="ru-RU"/>
        </w:rPr>
      </w:pPr>
    </w:p>
    <w:p w14:paraId="108B32E7" w14:textId="77777777" w:rsidR="00E46895"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Лицензиат вправе отказаться от исполнения договора полностью или в части в одностороннем внесудебном порядке в случае нарушения Лицензиаром условий настоящей Оферты, недостоверности гарантий Лицензиара, предъявления претензий третьих лиц, выявления признаков искусственного формирования показателей использования Объектов, непредоставления документов или возникновения иных обстоятельств, создающих риски для Лицензиата.</w:t>
      </w:r>
    </w:p>
    <w:p w14:paraId="472C9193" w14:textId="77777777" w:rsidR="007000E6" w:rsidRPr="007000E6" w:rsidRDefault="007000E6" w:rsidP="007000E6">
      <w:pPr>
        <w:pStyle w:val="ae"/>
        <w:rPr>
          <w:rFonts w:asciiTheme="minorHAnsi" w:hAnsiTheme="minorHAnsi"/>
          <w:sz w:val="20"/>
          <w:szCs w:val="20"/>
          <w:lang w:val="ru-RU"/>
        </w:rPr>
      </w:pPr>
    </w:p>
    <w:p w14:paraId="13D97D16" w14:textId="77777777" w:rsidR="007000E6" w:rsidRDefault="007000E6" w:rsidP="000D4980">
      <w:pPr>
        <w:pStyle w:val="ae"/>
        <w:numPr>
          <w:ilvl w:val="1"/>
          <w:numId w:val="10"/>
        </w:numPr>
        <w:spacing w:line="240" w:lineRule="auto"/>
        <w:jc w:val="both"/>
        <w:rPr>
          <w:rFonts w:asciiTheme="minorHAnsi" w:hAnsiTheme="minorHAnsi"/>
          <w:sz w:val="20"/>
          <w:szCs w:val="20"/>
          <w:lang w:val="ru-RU"/>
        </w:rPr>
      </w:pPr>
      <w:r w:rsidRPr="007000E6">
        <w:rPr>
          <w:rFonts w:asciiTheme="minorHAnsi" w:hAnsiTheme="minorHAnsi"/>
          <w:sz w:val="20"/>
          <w:szCs w:val="20"/>
          <w:lang w:val="ru-RU"/>
        </w:rPr>
        <w:t>Лицензиар вправе отказаться от договора в отношении одного или нескольких Объектов, уведомив Лицензиата не менее чем за 90 (девяносто) календарных дней. До истечения указанного срока Лицензиат вправе использовать соответствующие Объекты в объеме, необходимом для их размещения, распространения, монетизации, администрирования, удаления, прекращения использования, завершения расчетов и урегулирования претензий.</w:t>
      </w:r>
    </w:p>
    <w:p w14:paraId="19A06FD0" w14:textId="77777777" w:rsidR="007000E6" w:rsidRPr="007000E6" w:rsidRDefault="007000E6" w:rsidP="007000E6">
      <w:pPr>
        <w:pStyle w:val="ae"/>
        <w:rPr>
          <w:rFonts w:asciiTheme="minorHAnsi" w:hAnsiTheme="minorHAnsi"/>
          <w:sz w:val="20"/>
          <w:szCs w:val="20"/>
          <w:lang w:val="ru-RU"/>
        </w:rPr>
      </w:pPr>
    </w:p>
    <w:p w14:paraId="3AEE4898" w14:textId="77777777" w:rsidR="007000E6" w:rsidRPr="000B2E51" w:rsidRDefault="007000E6" w:rsidP="000D4980">
      <w:pPr>
        <w:pStyle w:val="ae"/>
        <w:numPr>
          <w:ilvl w:val="1"/>
          <w:numId w:val="10"/>
        </w:numPr>
        <w:spacing w:line="240" w:lineRule="auto"/>
        <w:jc w:val="both"/>
        <w:rPr>
          <w:rFonts w:asciiTheme="minorHAnsi" w:hAnsiTheme="minorHAnsi"/>
          <w:sz w:val="20"/>
          <w:szCs w:val="20"/>
          <w:lang w:val="ru-RU"/>
        </w:rPr>
      </w:pPr>
      <w:r w:rsidRPr="007000E6">
        <w:rPr>
          <w:rFonts w:asciiTheme="minorHAnsi" w:hAnsiTheme="minorHAnsi"/>
          <w:sz w:val="20"/>
          <w:szCs w:val="20"/>
          <w:lang w:val="ru-RU"/>
        </w:rPr>
        <w:t>В случае переноса Объекта, релиза, Метаданных или иных связанных с ними материалов к другому дистрибьютору, агрегатору или иному лицу, в том числе по запросу такого лица, Лицензиар подтверждает прекращение предоставления Прав использования Лицензиату в отношении соответствующего Объекта и предоставление прав на его дальнейшее использование такому дистрибьютору, агрегатору или иному лицу. Лицензиат вправе обработать и/или подтвердить такой запрос и совершить необходимые действия для переноса, удаления или прекращения размещения Объекта в течение 90 (девяноста) календарных дней</w:t>
      </w:r>
      <w:r>
        <w:rPr>
          <w:rFonts w:asciiTheme="minorHAnsi" w:hAnsiTheme="minorHAnsi"/>
          <w:sz w:val="20"/>
          <w:szCs w:val="20"/>
          <w:lang w:val="ru-RU"/>
        </w:rPr>
        <w:t>.</w:t>
      </w:r>
    </w:p>
    <w:p w14:paraId="6263B460" w14:textId="77777777" w:rsidR="00E8535F" w:rsidRPr="000B2E51" w:rsidRDefault="00E8535F" w:rsidP="00E8535F">
      <w:pPr>
        <w:spacing w:line="240" w:lineRule="auto"/>
        <w:jc w:val="both"/>
        <w:rPr>
          <w:rFonts w:asciiTheme="minorHAnsi" w:hAnsiTheme="minorHAnsi"/>
          <w:sz w:val="20"/>
          <w:szCs w:val="20"/>
          <w:lang w:val="ru-RU"/>
        </w:rPr>
      </w:pPr>
    </w:p>
    <w:p w14:paraId="260BB9D1" w14:textId="77777777" w:rsidR="00E16D8D"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Прекращение договора не освобождает Стороны от ответственности за нарушения, допущенные в период его действия, а также не прекращает обязательства о конфиденциальности, возмещении убытков, возврате излишне выплаченных сумм, завершении расчетов и урегулировании претензий.</w:t>
      </w:r>
    </w:p>
    <w:p w14:paraId="2AE452D4" w14:textId="77777777" w:rsidR="007000E6" w:rsidRPr="007000E6" w:rsidRDefault="007000E6" w:rsidP="007000E6">
      <w:pPr>
        <w:spacing w:line="240" w:lineRule="auto"/>
        <w:jc w:val="both"/>
        <w:rPr>
          <w:rFonts w:asciiTheme="minorHAnsi" w:hAnsiTheme="minorHAnsi"/>
          <w:sz w:val="20"/>
          <w:szCs w:val="20"/>
          <w:lang w:val="ru-RU"/>
        </w:rPr>
      </w:pPr>
    </w:p>
    <w:p w14:paraId="144A68EF" w14:textId="77777777" w:rsidR="000D4980" w:rsidRPr="000B2E51" w:rsidRDefault="000D4980" w:rsidP="000D4980">
      <w:pPr>
        <w:pStyle w:val="ae"/>
        <w:rPr>
          <w:rFonts w:asciiTheme="minorHAnsi" w:hAnsiTheme="minorHAnsi"/>
          <w:sz w:val="20"/>
          <w:szCs w:val="20"/>
          <w:lang w:val="ru-RU"/>
        </w:rPr>
      </w:pPr>
    </w:p>
    <w:p w14:paraId="05A84B1B" w14:textId="77777777" w:rsidR="00E16D8D" w:rsidRPr="000B2E51" w:rsidRDefault="00CF7700" w:rsidP="000D4980">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РАЗРЕШЕНИЕ СПОРОВ</w:t>
      </w:r>
    </w:p>
    <w:p w14:paraId="2455F9B7" w14:textId="77777777" w:rsidR="000D4980" w:rsidRPr="000B2E51" w:rsidRDefault="000D4980" w:rsidP="000D4980">
      <w:pPr>
        <w:pStyle w:val="ae"/>
        <w:spacing w:line="240" w:lineRule="auto"/>
        <w:rPr>
          <w:rFonts w:asciiTheme="minorHAnsi" w:hAnsiTheme="minorHAnsi"/>
          <w:sz w:val="20"/>
          <w:szCs w:val="20"/>
          <w:lang w:val="ru-RU"/>
        </w:rPr>
      </w:pPr>
    </w:p>
    <w:p w14:paraId="1159B015" w14:textId="77777777" w:rsidR="000D4980" w:rsidRPr="000B2E51"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Стороны принимают меры к разрешению всех споров и разногласий, вытекающих из настоящей Оферты или связанных с ее исполнением, путем переговоров.</w:t>
      </w:r>
    </w:p>
    <w:p w14:paraId="38C4DDDC" w14:textId="77777777" w:rsidR="000D4980" w:rsidRPr="000B2E51" w:rsidRDefault="000D4980" w:rsidP="000D4980">
      <w:pPr>
        <w:pStyle w:val="ae"/>
        <w:spacing w:line="240" w:lineRule="auto"/>
        <w:ind w:left="435"/>
        <w:jc w:val="both"/>
        <w:rPr>
          <w:rFonts w:asciiTheme="minorHAnsi" w:hAnsiTheme="minorHAnsi"/>
          <w:sz w:val="20"/>
          <w:szCs w:val="20"/>
          <w:lang w:val="ru-RU"/>
        </w:rPr>
      </w:pPr>
    </w:p>
    <w:p w14:paraId="73801EA8" w14:textId="77777777" w:rsidR="000D4980" w:rsidRPr="000B2E51"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lastRenderedPageBreak/>
        <w:t xml:space="preserve">При невозможности урегулирования спора путем переговоров спор подлежит рассмотрению в </w:t>
      </w:r>
      <w:r w:rsidR="00E8535F" w:rsidRPr="000B2E51">
        <w:rPr>
          <w:rFonts w:asciiTheme="minorHAnsi" w:hAnsiTheme="minorHAnsi"/>
          <w:sz w:val="20"/>
          <w:szCs w:val="20"/>
          <w:lang w:val="ru-RU"/>
        </w:rPr>
        <w:t>Арбитражном суде Новосибирской области</w:t>
      </w:r>
      <w:r w:rsidRPr="000B2E51">
        <w:rPr>
          <w:rFonts w:asciiTheme="minorHAnsi" w:hAnsiTheme="minorHAnsi"/>
          <w:sz w:val="20"/>
          <w:szCs w:val="20"/>
          <w:lang w:val="ru-RU"/>
        </w:rPr>
        <w:t>.</w:t>
      </w:r>
    </w:p>
    <w:p w14:paraId="1524F5CA" w14:textId="77777777" w:rsidR="000D4980" w:rsidRPr="000B2E51" w:rsidRDefault="000D4980" w:rsidP="000D4980">
      <w:pPr>
        <w:pStyle w:val="ae"/>
        <w:spacing w:line="240" w:lineRule="auto"/>
        <w:ind w:left="435"/>
        <w:jc w:val="both"/>
        <w:rPr>
          <w:rFonts w:asciiTheme="minorHAnsi" w:hAnsiTheme="minorHAnsi"/>
          <w:sz w:val="20"/>
          <w:szCs w:val="20"/>
          <w:lang w:val="ru-RU"/>
        </w:rPr>
      </w:pPr>
    </w:p>
    <w:p w14:paraId="45F60972" w14:textId="77777777" w:rsidR="00E16D8D" w:rsidRPr="000B2E51"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К настоящей Оферте и отношениям Сторон применяется право Российской Федерации.</w:t>
      </w:r>
    </w:p>
    <w:p w14:paraId="0AD523B3" w14:textId="77777777" w:rsidR="000D4980" w:rsidRPr="000B2E51" w:rsidRDefault="000D4980" w:rsidP="000D4980">
      <w:pPr>
        <w:spacing w:line="240" w:lineRule="auto"/>
        <w:jc w:val="both"/>
        <w:rPr>
          <w:rFonts w:asciiTheme="minorHAnsi" w:hAnsiTheme="minorHAnsi"/>
          <w:sz w:val="20"/>
          <w:szCs w:val="20"/>
          <w:lang w:val="ru-RU"/>
        </w:rPr>
      </w:pPr>
    </w:p>
    <w:p w14:paraId="2DC72FDE" w14:textId="77777777" w:rsidR="00E16D8D" w:rsidRPr="000B2E51" w:rsidRDefault="00CF7700" w:rsidP="000D4980">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ЗАКЛЮЧИТЕЛЬНЫЕ ПОЛОЖЕНИЯ</w:t>
      </w:r>
    </w:p>
    <w:p w14:paraId="4D842712" w14:textId="77777777" w:rsidR="000D4980" w:rsidRPr="000B2E51" w:rsidRDefault="000D4980" w:rsidP="000D4980">
      <w:pPr>
        <w:pStyle w:val="ae"/>
        <w:spacing w:line="240" w:lineRule="auto"/>
        <w:rPr>
          <w:rFonts w:asciiTheme="minorHAnsi" w:hAnsiTheme="minorHAnsi"/>
          <w:sz w:val="20"/>
          <w:szCs w:val="20"/>
          <w:lang w:val="ru-RU"/>
        </w:rPr>
      </w:pPr>
    </w:p>
    <w:p w14:paraId="61DBCC0E" w14:textId="77777777" w:rsidR="000D4980" w:rsidRPr="000B2E51"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Во всем, что не урегулировано настоящей Офертой, Стороны руководствуются законодательством Российской Федерации.</w:t>
      </w:r>
    </w:p>
    <w:p w14:paraId="48303237" w14:textId="77777777" w:rsidR="000D4980" w:rsidRPr="000B2E51" w:rsidRDefault="000D4980" w:rsidP="000D4980">
      <w:pPr>
        <w:pStyle w:val="ae"/>
        <w:spacing w:line="240" w:lineRule="auto"/>
        <w:ind w:left="435"/>
        <w:jc w:val="both"/>
        <w:rPr>
          <w:rFonts w:asciiTheme="minorHAnsi" w:hAnsiTheme="minorHAnsi"/>
          <w:sz w:val="20"/>
          <w:szCs w:val="20"/>
          <w:lang w:val="ru-RU"/>
        </w:rPr>
      </w:pPr>
    </w:p>
    <w:p w14:paraId="7C034EDB" w14:textId="77777777" w:rsidR="000D4980" w:rsidRPr="000B2E51"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Если какое-либо положение Оферты окажется недействительным или незаконным, все остальные положения Оферты сохраняют силу.</w:t>
      </w:r>
    </w:p>
    <w:p w14:paraId="25F51076" w14:textId="77777777" w:rsidR="000D4980" w:rsidRPr="000B2E51" w:rsidRDefault="000D4980" w:rsidP="000D4980">
      <w:pPr>
        <w:pStyle w:val="ae"/>
        <w:spacing w:line="240" w:lineRule="auto"/>
        <w:ind w:left="435"/>
        <w:jc w:val="both"/>
        <w:rPr>
          <w:rFonts w:asciiTheme="minorHAnsi" w:hAnsiTheme="minorHAnsi"/>
          <w:sz w:val="20"/>
          <w:szCs w:val="20"/>
          <w:lang w:val="ru-RU"/>
        </w:rPr>
      </w:pPr>
    </w:p>
    <w:p w14:paraId="45853DBB" w14:textId="77777777" w:rsidR="000D4980" w:rsidRPr="000B2E51"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Любая переписка через Сервис, электронную почту, мессенджеры, группу, форму, личный кабинет или иные электронные средства признается Сторонами надлежащим письменным доказательством и может использоваться в качестве доказательства в суде.</w:t>
      </w:r>
    </w:p>
    <w:p w14:paraId="239E17FC" w14:textId="77777777" w:rsidR="000D4980" w:rsidRPr="000B2E51" w:rsidRDefault="000D4980" w:rsidP="000D4980">
      <w:pPr>
        <w:spacing w:line="240" w:lineRule="auto"/>
        <w:jc w:val="both"/>
        <w:rPr>
          <w:rFonts w:asciiTheme="minorHAnsi" w:hAnsiTheme="minorHAnsi"/>
          <w:sz w:val="20"/>
          <w:szCs w:val="20"/>
          <w:lang w:val="ru-RU"/>
        </w:rPr>
      </w:pPr>
    </w:p>
    <w:p w14:paraId="030AEB5A" w14:textId="77777777" w:rsidR="00E16D8D" w:rsidRPr="000B2E51" w:rsidRDefault="00CF7700" w:rsidP="000D4980">
      <w:pPr>
        <w:pStyle w:val="ae"/>
        <w:numPr>
          <w:ilvl w:val="1"/>
          <w:numId w:val="10"/>
        </w:numPr>
        <w:spacing w:line="240" w:lineRule="auto"/>
        <w:jc w:val="both"/>
        <w:rPr>
          <w:rFonts w:asciiTheme="minorHAnsi" w:hAnsiTheme="minorHAnsi"/>
          <w:sz w:val="20"/>
          <w:szCs w:val="20"/>
          <w:lang w:val="ru-RU"/>
        </w:rPr>
      </w:pPr>
      <w:r w:rsidRPr="000B2E51">
        <w:rPr>
          <w:rFonts w:asciiTheme="minorHAnsi" w:hAnsiTheme="minorHAnsi"/>
          <w:sz w:val="20"/>
          <w:szCs w:val="20"/>
          <w:lang w:val="ru-RU"/>
        </w:rPr>
        <w:t>Настоящая Оферта размещается и действует в электронной форме. Отдельное подписание Оферты, приложений, актов приема-передачи или дополнительных соглашений не требуется, если иное прямо не согласовано Сторонами.</w:t>
      </w:r>
    </w:p>
    <w:p w14:paraId="54F39623" w14:textId="77777777" w:rsidR="00EA3180" w:rsidRPr="000B2E51" w:rsidRDefault="00EA3180" w:rsidP="007F7670">
      <w:pPr>
        <w:spacing w:line="240" w:lineRule="auto"/>
        <w:jc w:val="both"/>
        <w:rPr>
          <w:rFonts w:asciiTheme="minorHAnsi" w:hAnsiTheme="minorHAnsi"/>
          <w:sz w:val="20"/>
          <w:szCs w:val="20"/>
          <w:lang w:val="ru-RU"/>
        </w:rPr>
      </w:pPr>
    </w:p>
    <w:p w14:paraId="1FD3B0A2" w14:textId="77777777" w:rsidR="00E16D8D" w:rsidRPr="000B2E51" w:rsidRDefault="00CF7700" w:rsidP="000D4980">
      <w:pPr>
        <w:pStyle w:val="ae"/>
        <w:numPr>
          <w:ilvl w:val="0"/>
          <w:numId w:val="10"/>
        </w:numPr>
        <w:spacing w:line="240" w:lineRule="auto"/>
        <w:jc w:val="center"/>
        <w:rPr>
          <w:rFonts w:asciiTheme="minorHAnsi" w:hAnsiTheme="minorHAnsi"/>
          <w:b/>
          <w:sz w:val="20"/>
          <w:szCs w:val="20"/>
          <w:lang w:val="ru-RU"/>
        </w:rPr>
      </w:pPr>
      <w:r w:rsidRPr="000B2E51">
        <w:rPr>
          <w:rFonts w:asciiTheme="minorHAnsi" w:hAnsiTheme="minorHAnsi"/>
          <w:b/>
          <w:sz w:val="20"/>
          <w:szCs w:val="20"/>
          <w:lang w:val="ru-RU"/>
        </w:rPr>
        <w:t>СВЕДЕНИЯ О ЛИЦЕНЗИАТЕ</w:t>
      </w:r>
    </w:p>
    <w:p w14:paraId="172C0142" w14:textId="77777777" w:rsidR="000D4980" w:rsidRPr="000B2E51" w:rsidRDefault="000D4980" w:rsidP="000D4980">
      <w:pPr>
        <w:pStyle w:val="ae"/>
        <w:spacing w:line="240" w:lineRule="auto"/>
        <w:rPr>
          <w:rFonts w:asciiTheme="minorHAnsi" w:hAnsiTheme="minorHAnsi"/>
          <w:sz w:val="20"/>
          <w:szCs w:val="20"/>
          <w:lang w:val="ru-RU"/>
        </w:rPr>
      </w:pPr>
    </w:p>
    <w:p w14:paraId="5ED3EE8B"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Название организации</w:t>
      </w:r>
    </w:p>
    <w:p w14:paraId="03733D5D"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ИНДИВИДУАЛЬНЫЙ ПРЕДПРИНИМАТЕЛЬ</w:t>
      </w:r>
    </w:p>
    <w:p w14:paraId="7705DDB7"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КУКЛИН НИКИТА ДМИТРИЕВИЧ</w:t>
      </w:r>
    </w:p>
    <w:p w14:paraId="3717B9E1" w14:textId="77777777" w:rsidR="001E1FC9" w:rsidRPr="001E1FC9" w:rsidRDefault="001E1FC9" w:rsidP="001E1FC9">
      <w:pPr>
        <w:spacing w:line="240" w:lineRule="auto"/>
        <w:jc w:val="both"/>
        <w:rPr>
          <w:rFonts w:asciiTheme="minorHAnsi" w:hAnsiTheme="minorHAnsi"/>
          <w:sz w:val="20"/>
          <w:szCs w:val="20"/>
          <w:lang w:val="ru-RU"/>
        </w:rPr>
      </w:pPr>
    </w:p>
    <w:p w14:paraId="2442C515"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Юридический адрес организации</w:t>
      </w:r>
    </w:p>
    <w:p w14:paraId="308F7006"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630061, РОССИЯ, НОВОСИБИРСКАЯ ОБЛ, Г</w:t>
      </w:r>
    </w:p>
    <w:p w14:paraId="09C97544"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НОВОСИБИРСК, УЛ КРАУЗЕ, Д 17, КВ 334</w:t>
      </w:r>
    </w:p>
    <w:p w14:paraId="10A47870" w14:textId="77777777" w:rsidR="001E1FC9" w:rsidRPr="001E1FC9" w:rsidRDefault="001E1FC9" w:rsidP="001E1FC9">
      <w:pPr>
        <w:spacing w:line="240" w:lineRule="auto"/>
        <w:jc w:val="both"/>
        <w:rPr>
          <w:rFonts w:asciiTheme="minorHAnsi" w:hAnsiTheme="minorHAnsi"/>
          <w:sz w:val="20"/>
          <w:szCs w:val="20"/>
          <w:lang w:val="ru-RU"/>
        </w:rPr>
      </w:pPr>
    </w:p>
    <w:p w14:paraId="10AD2626"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ИНН 540303753274</w:t>
      </w:r>
    </w:p>
    <w:p w14:paraId="5D9D41E4"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Расчетный счет 40802810300008684561</w:t>
      </w:r>
    </w:p>
    <w:p w14:paraId="74F5A99B"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ОГРН/ОГРНИП 325547600148063</w:t>
      </w:r>
    </w:p>
    <w:p w14:paraId="0F78A116"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Банк АО «</w:t>
      </w:r>
      <w:proofErr w:type="spellStart"/>
      <w:r w:rsidRPr="001E1FC9">
        <w:rPr>
          <w:rFonts w:asciiTheme="minorHAnsi" w:hAnsiTheme="minorHAnsi"/>
          <w:sz w:val="20"/>
          <w:szCs w:val="20"/>
          <w:lang w:val="ru-RU"/>
        </w:rPr>
        <w:t>ТБанк</w:t>
      </w:r>
      <w:proofErr w:type="spellEnd"/>
      <w:r w:rsidRPr="001E1FC9">
        <w:rPr>
          <w:rFonts w:asciiTheme="minorHAnsi" w:hAnsiTheme="minorHAnsi"/>
          <w:sz w:val="20"/>
          <w:szCs w:val="20"/>
          <w:lang w:val="ru-RU"/>
        </w:rPr>
        <w:t>»</w:t>
      </w:r>
    </w:p>
    <w:p w14:paraId="21C8938C"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БИК банка 044525974</w:t>
      </w:r>
    </w:p>
    <w:p w14:paraId="26D1316F"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ИНН банка 7710140679</w:t>
      </w:r>
    </w:p>
    <w:p w14:paraId="4262456B" w14:textId="77777777" w:rsidR="001E1FC9" w:rsidRPr="001E1FC9" w:rsidRDefault="001E1FC9" w:rsidP="001E1FC9">
      <w:pPr>
        <w:spacing w:line="240" w:lineRule="auto"/>
        <w:jc w:val="both"/>
        <w:rPr>
          <w:rFonts w:asciiTheme="minorHAnsi" w:hAnsiTheme="minorHAnsi"/>
          <w:sz w:val="20"/>
          <w:szCs w:val="20"/>
          <w:lang w:val="ru-RU"/>
        </w:rPr>
      </w:pPr>
      <w:r w:rsidRPr="001E1FC9">
        <w:rPr>
          <w:rFonts w:asciiTheme="minorHAnsi" w:hAnsiTheme="minorHAnsi"/>
          <w:sz w:val="20"/>
          <w:szCs w:val="20"/>
          <w:lang w:val="ru-RU"/>
        </w:rPr>
        <w:t>Корреспондентский счет банка 30101810145250000974</w:t>
      </w:r>
    </w:p>
    <w:p w14:paraId="3E173D6A" w14:textId="77777777" w:rsidR="001723AA" w:rsidRPr="001723AA" w:rsidRDefault="001E1FC9" w:rsidP="001723AA">
      <w:pPr>
        <w:spacing w:line="240" w:lineRule="auto"/>
        <w:rPr>
          <w:rFonts w:asciiTheme="minorHAnsi" w:hAnsiTheme="minorHAnsi"/>
          <w:sz w:val="20"/>
          <w:szCs w:val="20"/>
          <w:lang w:val="ru-RU"/>
        </w:rPr>
      </w:pPr>
      <w:r w:rsidRPr="001E1FC9">
        <w:rPr>
          <w:rFonts w:asciiTheme="minorHAnsi" w:hAnsiTheme="minorHAnsi"/>
          <w:sz w:val="20"/>
          <w:szCs w:val="20"/>
          <w:lang w:val="ru-RU"/>
        </w:rPr>
        <w:t>Юридический адрес банка 127287, г. Москва, ул. Хуторская 2-я, д. 38А, стр. 26</w:t>
      </w:r>
      <w:r w:rsidR="001723AA">
        <w:rPr>
          <w:rFonts w:asciiTheme="minorHAnsi" w:hAnsiTheme="minorHAnsi"/>
          <w:sz w:val="20"/>
          <w:szCs w:val="20"/>
          <w:lang w:val="ru-RU"/>
        </w:rPr>
        <w:br/>
      </w:r>
      <w:r w:rsidR="001723AA" w:rsidRPr="001723AA">
        <w:rPr>
          <w:rFonts w:asciiTheme="minorHAnsi" w:hAnsiTheme="minorHAnsi"/>
          <w:sz w:val="20"/>
          <w:szCs w:val="20"/>
          <w:lang w:val="ru-RU"/>
        </w:rPr>
        <w:t>Электронная почта: vhxgh269@gmail.com</w:t>
      </w:r>
    </w:p>
    <w:p w14:paraId="1654872C" w14:textId="1C9BE0B4" w:rsidR="00E16D8D" w:rsidRPr="000B2E51" w:rsidRDefault="001723AA" w:rsidP="001723AA">
      <w:pPr>
        <w:spacing w:line="240" w:lineRule="auto"/>
        <w:jc w:val="both"/>
        <w:rPr>
          <w:rFonts w:asciiTheme="minorHAnsi" w:hAnsiTheme="minorHAnsi"/>
          <w:sz w:val="20"/>
          <w:szCs w:val="20"/>
          <w:lang w:val="ru-RU"/>
        </w:rPr>
      </w:pPr>
      <w:r w:rsidRPr="001723AA">
        <w:rPr>
          <w:rFonts w:asciiTheme="minorHAnsi" w:hAnsiTheme="minorHAnsi"/>
          <w:sz w:val="20"/>
          <w:szCs w:val="20"/>
          <w:lang w:val="ru-RU"/>
        </w:rPr>
        <w:t>Сервис / группа / форма загрузки: https://studio.softmusiclabel.ru</w:t>
      </w:r>
    </w:p>
    <w:sectPr w:rsidR="00E16D8D" w:rsidRPr="000B2E51" w:rsidSect="006D2301">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BD28B" w14:textId="77777777" w:rsidR="00D5659A" w:rsidRDefault="00D5659A">
      <w:pPr>
        <w:spacing w:line="240" w:lineRule="auto"/>
      </w:pPr>
      <w:r>
        <w:separator/>
      </w:r>
    </w:p>
  </w:endnote>
  <w:endnote w:type="continuationSeparator" w:id="0">
    <w:p w14:paraId="44E006F7" w14:textId="77777777" w:rsidR="00D5659A" w:rsidRDefault="00D565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88897"/>
      <w:docPartObj>
        <w:docPartGallery w:val="Page Numbers (Bottom of Page)"/>
        <w:docPartUnique/>
      </w:docPartObj>
    </w:sdtPr>
    <w:sdtEndPr>
      <w:rPr>
        <w:rFonts w:asciiTheme="minorHAnsi" w:hAnsiTheme="minorHAnsi"/>
        <w:sz w:val="16"/>
        <w:szCs w:val="16"/>
      </w:rPr>
    </w:sdtEndPr>
    <w:sdtContent>
      <w:p w14:paraId="210D0C0C" w14:textId="77777777" w:rsidR="006D2301" w:rsidRPr="006D2301" w:rsidRDefault="006D2301">
        <w:pPr>
          <w:pStyle w:val="a7"/>
          <w:jc w:val="center"/>
          <w:rPr>
            <w:rFonts w:asciiTheme="minorHAnsi" w:hAnsiTheme="minorHAnsi"/>
            <w:sz w:val="16"/>
            <w:szCs w:val="16"/>
          </w:rPr>
        </w:pPr>
        <w:r w:rsidRPr="006D2301">
          <w:rPr>
            <w:rFonts w:asciiTheme="minorHAnsi" w:hAnsiTheme="minorHAnsi"/>
            <w:sz w:val="16"/>
            <w:szCs w:val="16"/>
          </w:rPr>
          <w:fldChar w:fldCharType="begin"/>
        </w:r>
        <w:r w:rsidRPr="006D2301">
          <w:rPr>
            <w:rFonts w:asciiTheme="minorHAnsi" w:hAnsiTheme="minorHAnsi"/>
            <w:sz w:val="16"/>
            <w:szCs w:val="16"/>
          </w:rPr>
          <w:instrText>PAGE   \* MERGEFORMAT</w:instrText>
        </w:r>
        <w:r w:rsidRPr="006D2301">
          <w:rPr>
            <w:rFonts w:asciiTheme="minorHAnsi" w:hAnsiTheme="minorHAnsi"/>
            <w:sz w:val="16"/>
            <w:szCs w:val="16"/>
          </w:rPr>
          <w:fldChar w:fldCharType="separate"/>
        </w:r>
        <w:r w:rsidRPr="006D2301">
          <w:rPr>
            <w:rFonts w:asciiTheme="minorHAnsi" w:hAnsiTheme="minorHAnsi"/>
            <w:sz w:val="16"/>
            <w:szCs w:val="16"/>
            <w:lang w:val="ru-RU"/>
          </w:rPr>
          <w:t>2</w:t>
        </w:r>
        <w:r w:rsidRPr="006D2301">
          <w:rPr>
            <w:rFonts w:asciiTheme="minorHAnsi" w:hAnsiTheme="minorHAnsi"/>
            <w:sz w:val="16"/>
            <w:szCs w:val="16"/>
          </w:rPr>
          <w:fldChar w:fldCharType="end"/>
        </w:r>
      </w:p>
    </w:sdtContent>
  </w:sdt>
  <w:p w14:paraId="0C93FD1B" w14:textId="77777777" w:rsidR="00E16D8D" w:rsidRDefault="00E16D8D">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4937A" w14:textId="77777777" w:rsidR="00D5659A" w:rsidRDefault="00D5659A">
      <w:pPr>
        <w:spacing w:line="240" w:lineRule="auto"/>
      </w:pPr>
      <w:r>
        <w:separator/>
      </w:r>
    </w:p>
  </w:footnote>
  <w:footnote w:type="continuationSeparator" w:id="0">
    <w:p w14:paraId="35C1A3A9" w14:textId="77777777" w:rsidR="00D5659A" w:rsidRDefault="00D565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78EC4032"/>
    <w:multiLevelType w:val="multilevel"/>
    <w:tmpl w:val="D9AC5120"/>
    <w:lvl w:ilvl="0">
      <w:start w:val="1"/>
      <w:numFmt w:val="decimal"/>
      <w:lvlText w:val="%1."/>
      <w:lvlJc w:val="left"/>
      <w:pPr>
        <w:ind w:left="72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58E"/>
    <w:rsid w:val="00034616"/>
    <w:rsid w:val="00035AB1"/>
    <w:rsid w:val="0006063C"/>
    <w:rsid w:val="000B2E51"/>
    <w:rsid w:val="000D4980"/>
    <w:rsid w:val="0015074B"/>
    <w:rsid w:val="001723AA"/>
    <w:rsid w:val="001E1FC9"/>
    <w:rsid w:val="00260C70"/>
    <w:rsid w:val="00280394"/>
    <w:rsid w:val="0029639D"/>
    <w:rsid w:val="00326F90"/>
    <w:rsid w:val="0035113E"/>
    <w:rsid w:val="00362A3D"/>
    <w:rsid w:val="0038636C"/>
    <w:rsid w:val="003C646B"/>
    <w:rsid w:val="00400E0D"/>
    <w:rsid w:val="005D1682"/>
    <w:rsid w:val="006C6B3B"/>
    <w:rsid w:val="006C707C"/>
    <w:rsid w:val="006D2301"/>
    <w:rsid w:val="006E4C17"/>
    <w:rsid w:val="006F6B5F"/>
    <w:rsid w:val="007000E6"/>
    <w:rsid w:val="007316DF"/>
    <w:rsid w:val="00731E9E"/>
    <w:rsid w:val="0074237C"/>
    <w:rsid w:val="00792BDC"/>
    <w:rsid w:val="007F7670"/>
    <w:rsid w:val="008B2446"/>
    <w:rsid w:val="0090704C"/>
    <w:rsid w:val="00916BC2"/>
    <w:rsid w:val="009763D6"/>
    <w:rsid w:val="009866BA"/>
    <w:rsid w:val="00AA1D8D"/>
    <w:rsid w:val="00AA5A57"/>
    <w:rsid w:val="00AB2D74"/>
    <w:rsid w:val="00B01123"/>
    <w:rsid w:val="00B47730"/>
    <w:rsid w:val="00B85E18"/>
    <w:rsid w:val="00BA0DA4"/>
    <w:rsid w:val="00BA7CAF"/>
    <w:rsid w:val="00C12969"/>
    <w:rsid w:val="00C63BC4"/>
    <w:rsid w:val="00CB0664"/>
    <w:rsid w:val="00CF7700"/>
    <w:rsid w:val="00D124EC"/>
    <w:rsid w:val="00D13689"/>
    <w:rsid w:val="00D3454A"/>
    <w:rsid w:val="00D5659A"/>
    <w:rsid w:val="00DD736B"/>
    <w:rsid w:val="00DE445C"/>
    <w:rsid w:val="00E16D8D"/>
    <w:rsid w:val="00E46895"/>
    <w:rsid w:val="00E64740"/>
    <w:rsid w:val="00E8535F"/>
    <w:rsid w:val="00E9181B"/>
    <w:rsid w:val="00EA1162"/>
    <w:rsid w:val="00EA17DA"/>
    <w:rsid w:val="00EA3180"/>
    <w:rsid w:val="00EE3ED7"/>
    <w:rsid w:val="00F0127F"/>
    <w:rsid w:val="00F536AD"/>
    <w:rsid w:val="00F96D60"/>
    <w:rsid w:val="00FC693F"/>
    <w:rsid w:val="00FC69CD"/>
    <w:rsid w:val="00FE38F9"/>
    <w:rsid w:val="00FF7A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336A3E"/>
  <w14:defaultImageDpi w14:val="300"/>
  <w15:docId w15:val="{5F869F84-8CFC-4BF3-BDE6-62D6EAB3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0"/>
    </w:pPr>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24"/>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526395">
      <w:bodyDiv w:val="1"/>
      <w:marLeft w:val="0"/>
      <w:marRight w:val="0"/>
      <w:marTop w:val="0"/>
      <w:marBottom w:val="0"/>
      <w:divBdr>
        <w:top w:val="none" w:sz="0" w:space="0" w:color="auto"/>
        <w:left w:val="none" w:sz="0" w:space="0" w:color="auto"/>
        <w:bottom w:val="none" w:sz="0" w:space="0" w:color="auto"/>
        <w:right w:val="none" w:sz="0" w:space="0" w:color="auto"/>
      </w:divBdr>
      <w:divsChild>
        <w:div w:id="213547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2777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5DCDD-F20A-45FC-BB3B-A8BE39147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4987</Words>
  <Characters>28430</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Публичная оферта о заключении лицензионного договора</vt:lpstr>
      <vt:lpstr/>
    </vt:vector>
  </TitlesOfParts>
  <Manager/>
  <Company/>
  <LinksUpToDate>false</LinksUpToDate>
  <CharactersWithSpaces>33351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Публичная оферта о заключении лицензионного договора</dc:title>
  <dc:subject>Пользователи предоставляют права ИП Куклину Н.Д.</dc:subject>
  <dc:creator>OpenAI</dc:creator>
  <cp:keywords/>
  <dc:description>generated by python-docx</dc:description>
  <cp:lastModifiedBy>Арсений</cp:lastModifiedBy>
  <cp:revision>2</cp:revision>
  <dcterms:created xsi:type="dcterms:W3CDTF">2026-06-08T13:47:00Z</dcterms:created>
  <dcterms:modified xsi:type="dcterms:W3CDTF">2026-06-08T13:47:00Z</dcterms:modified>
  <cp:category/>
</cp:coreProperties>
</file>